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A84C" w14:textId="77777777" w:rsidR="008479A8" w:rsidRDefault="00BC3BC9">
      <w:pPr>
        <w:spacing w:after="80"/>
        <w:jc w:val="center"/>
      </w:pPr>
      <w:r>
        <w:rPr>
          <w:noProof/>
        </w:rPr>
        <w:drawing>
          <wp:inline distT="0" distB="0" distL="0" distR="0" wp14:anchorId="2668E1DA" wp14:editId="20AD3BE4">
            <wp:extent cx="6035040" cy="9864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anner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98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74E23" w14:textId="77777777" w:rsidR="008479A8" w:rsidRDefault="00BC3BC9">
      <w:pPr>
        <w:spacing w:after="80"/>
        <w:jc w:val="center"/>
        <w:rPr>
          <w:b/>
          <w:color w:val="00467F"/>
          <w:sz w:val="32"/>
        </w:rPr>
      </w:pPr>
      <w:r>
        <w:rPr>
          <w:b/>
          <w:color w:val="00467F"/>
          <w:sz w:val="32"/>
        </w:rPr>
        <w:t>International Federation of Sports Chiropractic</w:t>
      </w:r>
    </w:p>
    <w:p w14:paraId="6F28AD53" w14:textId="77777777" w:rsidR="00653F8C" w:rsidRDefault="00653F8C">
      <w:pPr>
        <w:spacing w:after="80"/>
        <w:jc w:val="center"/>
      </w:pPr>
    </w:p>
    <w:p w14:paraId="16AD8F86" w14:textId="770E006E" w:rsidR="008479A8" w:rsidRDefault="00BC3BC9">
      <w:pPr>
        <w:spacing w:after="80"/>
        <w:jc w:val="center"/>
        <w:rPr>
          <w:b/>
          <w:sz w:val="30"/>
        </w:rPr>
      </w:pPr>
      <w:r>
        <w:rPr>
          <w:b/>
          <w:sz w:val="30"/>
        </w:rPr>
        <w:t xml:space="preserve">MASTER'S SCHOLARSHIP APPLICATION FORM </w:t>
      </w:r>
      <w:r w:rsidR="00653F8C">
        <w:rPr>
          <w:b/>
          <w:sz w:val="30"/>
        </w:rPr>
        <w:t>–</w:t>
      </w:r>
      <w:r>
        <w:rPr>
          <w:b/>
          <w:sz w:val="30"/>
        </w:rPr>
        <w:t xml:space="preserve"> 2027</w:t>
      </w:r>
    </w:p>
    <w:p w14:paraId="176DEA2D" w14:textId="77777777" w:rsidR="00653F8C" w:rsidRDefault="00653F8C">
      <w:pPr>
        <w:spacing w:after="8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8479A8" w14:paraId="799A1020" w14:textId="77777777">
        <w:trPr>
          <w:jc w:val="center"/>
        </w:trPr>
        <w:tc>
          <w:tcPr>
            <w:tcW w:w="106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AF2F8"/>
          </w:tcPr>
          <w:p w14:paraId="1B67D66F" w14:textId="77777777" w:rsidR="008479A8" w:rsidRDefault="00BC3BC9">
            <w:r>
              <w:rPr>
                <w:b/>
              </w:rPr>
              <w:t xml:space="preserve">Applications close 30 September 2027. Late or incomplete applications will not be considered. </w:t>
            </w:r>
            <w:r>
              <w:t>Please read the scholarship criteria and rubric before submitting this form. Applicants must meet both FICS eligibility requirements and the entry requirements of the relevant university programme before a scholarship can be confirmed.</w:t>
            </w:r>
          </w:p>
        </w:tc>
      </w:tr>
    </w:tbl>
    <w:p w14:paraId="2669977C" w14:textId="77777777" w:rsidR="008479A8" w:rsidRDefault="00BC3BC9">
      <w:pPr>
        <w:pStyle w:val="Heading1"/>
        <w:spacing w:after="80"/>
      </w:pPr>
      <w:r>
        <w:rPr>
          <w:color w:val="00467F"/>
          <w:sz w:val="30"/>
        </w:rPr>
        <w:t>1. Applicant Details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7218"/>
      </w:tblGrid>
      <w:tr w:rsidR="008479A8" w14:paraId="26B324DF" w14:textId="77777777" w:rsidTr="00653F8C">
        <w:trPr>
          <w:trHeight w:val="449"/>
          <w:jc w:val="center"/>
        </w:trPr>
        <w:tc>
          <w:tcPr>
            <w:tcW w:w="3650" w:type="dxa"/>
            <w:vAlign w:val="center"/>
          </w:tcPr>
          <w:p w14:paraId="3BE52D44" w14:textId="77777777" w:rsidR="008479A8" w:rsidRPr="00653F8C" w:rsidRDefault="00BC3BC9" w:rsidP="00653F8C">
            <w:pPr>
              <w:spacing w:after="0"/>
              <w:rPr>
                <w:sz w:val="22"/>
              </w:rPr>
            </w:pPr>
            <w:r w:rsidRPr="00653F8C">
              <w:rPr>
                <w:sz w:val="22"/>
              </w:rPr>
              <w:t>Full name</w:t>
            </w:r>
          </w:p>
        </w:tc>
        <w:tc>
          <w:tcPr>
            <w:tcW w:w="7218" w:type="dxa"/>
            <w:vAlign w:val="center"/>
          </w:tcPr>
          <w:p w14:paraId="62064C8A" w14:textId="2C7033F6" w:rsidR="008479A8" w:rsidRDefault="008479A8" w:rsidP="00653F8C">
            <w:pPr>
              <w:spacing w:after="0"/>
            </w:pPr>
          </w:p>
        </w:tc>
      </w:tr>
      <w:tr w:rsidR="008479A8" w14:paraId="059639E7" w14:textId="77777777" w:rsidTr="00653F8C">
        <w:trPr>
          <w:trHeight w:val="426"/>
          <w:jc w:val="center"/>
        </w:trPr>
        <w:tc>
          <w:tcPr>
            <w:tcW w:w="3650" w:type="dxa"/>
            <w:vAlign w:val="center"/>
          </w:tcPr>
          <w:p w14:paraId="419A5794" w14:textId="43CF5D71" w:rsidR="008479A8" w:rsidRPr="00653F8C" w:rsidRDefault="001333C2" w:rsidP="00653F8C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Full </w:t>
            </w:r>
            <w:r w:rsidR="00BC3BC9" w:rsidRPr="00653F8C">
              <w:rPr>
                <w:sz w:val="22"/>
              </w:rPr>
              <w:t>Address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218" w:type="dxa"/>
            <w:vAlign w:val="center"/>
          </w:tcPr>
          <w:p w14:paraId="591E9711" w14:textId="67863284" w:rsidR="008479A8" w:rsidRDefault="008479A8" w:rsidP="00653F8C">
            <w:pPr>
              <w:spacing w:after="0"/>
            </w:pPr>
          </w:p>
        </w:tc>
      </w:tr>
      <w:tr w:rsidR="008479A8" w14:paraId="61E1DD90" w14:textId="77777777" w:rsidTr="00653F8C">
        <w:trPr>
          <w:trHeight w:val="426"/>
          <w:jc w:val="center"/>
        </w:trPr>
        <w:tc>
          <w:tcPr>
            <w:tcW w:w="3650" w:type="dxa"/>
            <w:vAlign w:val="center"/>
          </w:tcPr>
          <w:p w14:paraId="6F37F469" w14:textId="77777777" w:rsidR="008479A8" w:rsidRPr="00653F8C" w:rsidRDefault="00BC3BC9" w:rsidP="00653F8C">
            <w:pPr>
              <w:spacing w:after="0"/>
              <w:rPr>
                <w:sz w:val="22"/>
              </w:rPr>
            </w:pPr>
            <w:r w:rsidRPr="00653F8C">
              <w:rPr>
                <w:sz w:val="22"/>
              </w:rPr>
              <w:t>Country</w:t>
            </w:r>
          </w:p>
        </w:tc>
        <w:tc>
          <w:tcPr>
            <w:tcW w:w="7218" w:type="dxa"/>
            <w:vAlign w:val="center"/>
          </w:tcPr>
          <w:p w14:paraId="50A84167" w14:textId="224CDD1A" w:rsidR="008479A8" w:rsidRDefault="008479A8" w:rsidP="00653F8C">
            <w:pPr>
              <w:spacing w:after="0"/>
            </w:pPr>
          </w:p>
        </w:tc>
      </w:tr>
      <w:tr w:rsidR="008479A8" w14:paraId="1D4BF35F" w14:textId="77777777" w:rsidTr="00653F8C">
        <w:trPr>
          <w:trHeight w:val="426"/>
          <w:jc w:val="center"/>
        </w:trPr>
        <w:tc>
          <w:tcPr>
            <w:tcW w:w="3650" w:type="dxa"/>
            <w:vAlign w:val="center"/>
          </w:tcPr>
          <w:p w14:paraId="30FDD2A7" w14:textId="77777777" w:rsidR="008479A8" w:rsidRPr="00653F8C" w:rsidRDefault="00BC3BC9" w:rsidP="00653F8C">
            <w:pPr>
              <w:spacing w:after="0"/>
              <w:rPr>
                <w:sz w:val="22"/>
              </w:rPr>
            </w:pPr>
            <w:r w:rsidRPr="00653F8C">
              <w:rPr>
                <w:sz w:val="22"/>
              </w:rPr>
              <w:t>Email</w:t>
            </w:r>
          </w:p>
        </w:tc>
        <w:tc>
          <w:tcPr>
            <w:tcW w:w="7218" w:type="dxa"/>
            <w:vAlign w:val="center"/>
          </w:tcPr>
          <w:p w14:paraId="14871561" w14:textId="79CAFE8A" w:rsidR="008479A8" w:rsidRDefault="008479A8" w:rsidP="00653F8C">
            <w:pPr>
              <w:spacing w:after="0"/>
            </w:pPr>
          </w:p>
        </w:tc>
      </w:tr>
      <w:tr w:rsidR="008479A8" w14:paraId="38DB12C6" w14:textId="77777777" w:rsidTr="00653F8C">
        <w:trPr>
          <w:trHeight w:val="426"/>
          <w:jc w:val="center"/>
        </w:trPr>
        <w:tc>
          <w:tcPr>
            <w:tcW w:w="3650" w:type="dxa"/>
            <w:vAlign w:val="center"/>
          </w:tcPr>
          <w:p w14:paraId="05C441C8" w14:textId="77777777" w:rsidR="008479A8" w:rsidRPr="00653F8C" w:rsidRDefault="00BC3BC9" w:rsidP="00653F8C">
            <w:pPr>
              <w:spacing w:after="0"/>
              <w:rPr>
                <w:sz w:val="22"/>
              </w:rPr>
            </w:pPr>
            <w:r w:rsidRPr="00653F8C">
              <w:rPr>
                <w:sz w:val="22"/>
              </w:rPr>
              <w:t>Phone</w:t>
            </w:r>
          </w:p>
        </w:tc>
        <w:tc>
          <w:tcPr>
            <w:tcW w:w="7218" w:type="dxa"/>
            <w:vAlign w:val="center"/>
          </w:tcPr>
          <w:p w14:paraId="551C46F5" w14:textId="7B93FB00" w:rsidR="008479A8" w:rsidRDefault="008479A8" w:rsidP="00653F8C">
            <w:pPr>
              <w:spacing w:after="0"/>
            </w:pPr>
          </w:p>
        </w:tc>
      </w:tr>
      <w:tr w:rsidR="008479A8" w14:paraId="22E04BC2" w14:textId="77777777" w:rsidTr="00653F8C">
        <w:trPr>
          <w:trHeight w:val="449"/>
          <w:jc w:val="center"/>
        </w:trPr>
        <w:tc>
          <w:tcPr>
            <w:tcW w:w="3650" w:type="dxa"/>
            <w:vAlign w:val="center"/>
          </w:tcPr>
          <w:p w14:paraId="476C13BD" w14:textId="77777777" w:rsidR="008479A8" w:rsidRPr="00653F8C" w:rsidRDefault="00BC3BC9" w:rsidP="00653F8C">
            <w:pPr>
              <w:spacing w:after="0"/>
              <w:rPr>
                <w:sz w:val="22"/>
              </w:rPr>
            </w:pPr>
            <w:r w:rsidRPr="00653F8C">
              <w:rPr>
                <w:sz w:val="22"/>
              </w:rPr>
              <w:t>ICSC number</w:t>
            </w:r>
          </w:p>
        </w:tc>
        <w:tc>
          <w:tcPr>
            <w:tcW w:w="7218" w:type="dxa"/>
            <w:vAlign w:val="center"/>
          </w:tcPr>
          <w:p w14:paraId="183E2363" w14:textId="77112D67" w:rsidR="008479A8" w:rsidRDefault="008479A8" w:rsidP="00653F8C">
            <w:pPr>
              <w:spacing w:after="0"/>
            </w:pPr>
          </w:p>
        </w:tc>
      </w:tr>
      <w:tr w:rsidR="008479A8" w14:paraId="120D146E" w14:textId="77777777" w:rsidTr="001333C2">
        <w:trPr>
          <w:trHeight w:val="740"/>
          <w:jc w:val="center"/>
        </w:trPr>
        <w:tc>
          <w:tcPr>
            <w:tcW w:w="3650" w:type="dxa"/>
            <w:vAlign w:val="center"/>
          </w:tcPr>
          <w:p w14:paraId="0B0DAB14" w14:textId="6A5F1E8B" w:rsidR="008479A8" w:rsidRPr="001333C2" w:rsidRDefault="00BC3BC9" w:rsidP="00653F8C">
            <w:pPr>
              <w:spacing w:after="0"/>
              <w:rPr>
                <w:b/>
                <w:bCs/>
                <w:sz w:val="22"/>
              </w:rPr>
            </w:pPr>
            <w:r w:rsidRPr="00653F8C">
              <w:rPr>
                <w:sz w:val="22"/>
              </w:rPr>
              <w:t>FICS membership number</w:t>
            </w:r>
            <w:r w:rsidR="001333C2">
              <w:rPr>
                <w:sz w:val="22"/>
              </w:rPr>
              <w:t xml:space="preserve"> or </w:t>
            </w:r>
            <w:r w:rsidR="001333C2">
              <w:rPr>
                <w:sz w:val="22"/>
              </w:rPr>
              <w:br/>
            </w:r>
            <w:r w:rsidR="001333C2" w:rsidRPr="00653F8C">
              <w:rPr>
                <w:sz w:val="22"/>
              </w:rPr>
              <w:t>NCSC / RCSC</w:t>
            </w:r>
            <w:r w:rsidR="001333C2">
              <w:rPr>
                <w:sz w:val="22"/>
              </w:rPr>
              <w:t xml:space="preserve"> Name</w:t>
            </w:r>
          </w:p>
          <w:p w14:paraId="11C70D33" w14:textId="45E6BEFE" w:rsidR="00653F8C" w:rsidRPr="00653F8C" w:rsidRDefault="00653F8C" w:rsidP="00653F8C">
            <w:pPr>
              <w:spacing w:after="0"/>
              <w:rPr>
                <w:sz w:val="22"/>
              </w:rPr>
            </w:pPr>
          </w:p>
        </w:tc>
        <w:tc>
          <w:tcPr>
            <w:tcW w:w="7218" w:type="dxa"/>
            <w:vAlign w:val="center"/>
          </w:tcPr>
          <w:p w14:paraId="1C520817" w14:textId="6907B2BD" w:rsidR="008479A8" w:rsidRDefault="008479A8" w:rsidP="00653F8C">
            <w:pPr>
              <w:spacing w:after="0"/>
            </w:pPr>
          </w:p>
        </w:tc>
      </w:tr>
      <w:tr w:rsidR="008479A8" w14:paraId="45217FA4" w14:textId="77777777" w:rsidTr="00653F8C">
        <w:trPr>
          <w:trHeight w:val="806"/>
          <w:jc w:val="center"/>
        </w:trPr>
        <w:tc>
          <w:tcPr>
            <w:tcW w:w="3650" w:type="dxa"/>
            <w:vAlign w:val="center"/>
          </w:tcPr>
          <w:p w14:paraId="01F75511" w14:textId="3CA50743" w:rsidR="008479A8" w:rsidRPr="00653F8C" w:rsidRDefault="001333C2" w:rsidP="00653F8C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</w:t>
            </w:r>
            <w:r w:rsidR="00BC3BC9" w:rsidRPr="00653F8C">
              <w:rPr>
                <w:sz w:val="22"/>
              </w:rPr>
              <w:t>hiropractic qualification</w:t>
            </w:r>
            <w:r>
              <w:rPr>
                <w:sz w:val="22"/>
              </w:rPr>
              <w:t xml:space="preserve">, University, </w:t>
            </w:r>
            <w:r w:rsidR="00BC3BC9" w:rsidRPr="00653F8C">
              <w:rPr>
                <w:sz w:val="22"/>
              </w:rPr>
              <w:t>and year completed</w:t>
            </w:r>
          </w:p>
        </w:tc>
        <w:tc>
          <w:tcPr>
            <w:tcW w:w="7218" w:type="dxa"/>
            <w:vAlign w:val="center"/>
          </w:tcPr>
          <w:p w14:paraId="08872EF7" w14:textId="0D618C84" w:rsidR="008479A8" w:rsidRDefault="008479A8" w:rsidP="00653F8C">
            <w:pPr>
              <w:spacing w:after="0"/>
            </w:pPr>
          </w:p>
        </w:tc>
      </w:tr>
      <w:tr w:rsidR="001333C2" w14:paraId="1C102817" w14:textId="77777777" w:rsidTr="00653F8C">
        <w:trPr>
          <w:trHeight w:val="806"/>
          <w:jc w:val="center"/>
        </w:trPr>
        <w:tc>
          <w:tcPr>
            <w:tcW w:w="3650" w:type="dxa"/>
            <w:vAlign w:val="center"/>
          </w:tcPr>
          <w:p w14:paraId="6567CFB5" w14:textId="5FA9866F" w:rsidR="001333C2" w:rsidRDefault="001333C2" w:rsidP="00653F8C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ICSC Number and year of completion </w:t>
            </w:r>
          </w:p>
        </w:tc>
        <w:tc>
          <w:tcPr>
            <w:tcW w:w="7218" w:type="dxa"/>
            <w:vAlign w:val="center"/>
          </w:tcPr>
          <w:p w14:paraId="5A983402" w14:textId="77777777" w:rsidR="001333C2" w:rsidRDefault="001333C2" w:rsidP="00653F8C">
            <w:pPr>
              <w:spacing w:after="0"/>
            </w:pPr>
          </w:p>
        </w:tc>
      </w:tr>
    </w:tbl>
    <w:p w14:paraId="312A931B" w14:textId="77777777" w:rsidR="008479A8" w:rsidRDefault="00BC3BC9">
      <w:pPr>
        <w:pStyle w:val="Heading1"/>
        <w:spacing w:after="80"/>
      </w:pPr>
      <w:r>
        <w:rPr>
          <w:color w:val="00467F"/>
          <w:sz w:val="30"/>
        </w:rPr>
        <w:t>2. Scholarship Selection</w:t>
      </w:r>
    </w:p>
    <w:p w14:paraId="495A49E0" w14:textId="628BC326" w:rsidR="008479A8" w:rsidRPr="001333C2" w:rsidRDefault="00BC3BC9">
      <w:pPr>
        <w:spacing w:after="80"/>
        <w:rPr>
          <w:sz w:val="22"/>
        </w:rPr>
      </w:pPr>
      <w:r w:rsidRPr="001333C2">
        <w:rPr>
          <w:i/>
          <w:sz w:val="22"/>
        </w:rPr>
        <w:t xml:space="preserve">Select </w:t>
      </w:r>
      <w:r w:rsidR="001333C2">
        <w:rPr>
          <w:i/>
          <w:sz w:val="22"/>
        </w:rPr>
        <w:t>the</w:t>
      </w:r>
      <w:r w:rsidRPr="001333C2">
        <w:rPr>
          <w:i/>
          <w:sz w:val="22"/>
        </w:rPr>
        <w:t xml:space="preserve"> scholarships you wish to be considered for. You may select more than one scholarship if you meet the relevant university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6"/>
        <w:gridCol w:w="5436"/>
      </w:tblGrid>
      <w:tr w:rsidR="00653F8C" w14:paraId="17CE3D58" w14:textId="77777777" w:rsidTr="00653F8C">
        <w:trPr>
          <w:trHeight w:val="277"/>
        </w:trPr>
        <w:tc>
          <w:tcPr>
            <w:tcW w:w="5436" w:type="dxa"/>
          </w:tcPr>
          <w:p w14:paraId="049C5472" w14:textId="0808C4D1" w:rsidR="00653F8C" w:rsidRPr="00653F8C" w:rsidRDefault="00653F8C" w:rsidP="00653F8C">
            <w:pPr>
              <w:pStyle w:val="Heading1"/>
              <w:spacing w:before="0"/>
              <w:rPr>
                <w:color w:val="00467F"/>
                <w:sz w:val="22"/>
                <w:szCs w:val="22"/>
              </w:rPr>
            </w:pPr>
            <w:r w:rsidRPr="00653F8C">
              <w:rPr>
                <w:sz w:val="22"/>
                <w:szCs w:val="22"/>
              </w:rPr>
              <w:t>Parker University - Strength &amp; Human Performance</w:t>
            </w:r>
          </w:p>
        </w:tc>
        <w:tc>
          <w:tcPr>
            <w:tcW w:w="5436" w:type="dxa"/>
          </w:tcPr>
          <w:p w14:paraId="7C605C9F" w14:textId="77777777" w:rsidR="00653F8C" w:rsidRDefault="00653F8C" w:rsidP="00653F8C">
            <w:pPr>
              <w:pStyle w:val="Heading1"/>
              <w:spacing w:before="0"/>
              <w:rPr>
                <w:color w:val="00467F"/>
                <w:sz w:val="30"/>
              </w:rPr>
            </w:pPr>
          </w:p>
        </w:tc>
      </w:tr>
      <w:tr w:rsidR="00653F8C" w14:paraId="48537C54" w14:textId="77777777" w:rsidTr="00653F8C">
        <w:trPr>
          <w:trHeight w:val="363"/>
        </w:trPr>
        <w:tc>
          <w:tcPr>
            <w:tcW w:w="5436" w:type="dxa"/>
          </w:tcPr>
          <w:p w14:paraId="5E141CED" w14:textId="53734ADC" w:rsidR="00653F8C" w:rsidRPr="00653F8C" w:rsidRDefault="00653F8C" w:rsidP="00653F8C">
            <w:pPr>
              <w:pStyle w:val="Heading1"/>
              <w:spacing w:before="0"/>
              <w:rPr>
                <w:color w:val="00467F"/>
                <w:sz w:val="22"/>
                <w:szCs w:val="22"/>
              </w:rPr>
            </w:pPr>
            <w:r w:rsidRPr="00653F8C">
              <w:rPr>
                <w:sz w:val="22"/>
                <w:szCs w:val="22"/>
              </w:rPr>
              <w:t>Logan University - Sport Science &amp; Rehabilitation</w:t>
            </w:r>
          </w:p>
        </w:tc>
        <w:tc>
          <w:tcPr>
            <w:tcW w:w="5436" w:type="dxa"/>
          </w:tcPr>
          <w:p w14:paraId="44A6A6A2" w14:textId="77777777" w:rsidR="00653F8C" w:rsidRDefault="00653F8C" w:rsidP="00653F8C">
            <w:pPr>
              <w:pStyle w:val="Heading1"/>
              <w:spacing w:before="0"/>
              <w:rPr>
                <w:color w:val="00467F"/>
                <w:sz w:val="30"/>
              </w:rPr>
            </w:pPr>
          </w:p>
        </w:tc>
      </w:tr>
      <w:tr w:rsidR="00653F8C" w14:paraId="4E6CB1F6" w14:textId="77777777" w:rsidTr="00653F8C">
        <w:trPr>
          <w:trHeight w:val="219"/>
        </w:trPr>
        <w:tc>
          <w:tcPr>
            <w:tcW w:w="5436" w:type="dxa"/>
          </w:tcPr>
          <w:p w14:paraId="45D5766F" w14:textId="090BC376" w:rsidR="00653F8C" w:rsidRPr="00653F8C" w:rsidRDefault="00653F8C" w:rsidP="00653F8C">
            <w:pPr>
              <w:pStyle w:val="Heading1"/>
              <w:spacing w:before="0"/>
              <w:rPr>
                <w:color w:val="00467F"/>
                <w:sz w:val="22"/>
                <w:szCs w:val="22"/>
              </w:rPr>
            </w:pPr>
            <w:r w:rsidRPr="00653F8C">
              <w:rPr>
                <w:sz w:val="22"/>
                <w:szCs w:val="22"/>
              </w:rPr>
              <w:t>Logan University - Nutrition &amp; Human Performance</w:t>
            </w:r>
          </w:p>
        </w:tc>
        <w:tc>
          <w:tcPr>
            <w:tcW w:w="5436" w:type="dxa"/>
          </w:tcPr>
          <w:p w14:paraId="292D6AF3" w14:textId="77777777" w:rsidR="00653F8C" w:rsidRDefault="00653F8C" w:rsidP="00653F8C">
            <w:pPr>
              <w:pStyle w:val="Heading1"/>
              <w:spacing w:before="0"/>
              <w:rPr>
                <w:color w:val="00467F"/>
                <w:sz w:val="30"/>
              </w:rPr>
            </w:pPr>
          </w:p>
        </w:tc>
      </w:tr>
    </w:tbl>
    <w:p w14:paraId="3DB4FCC8" w14:textId="77777777" w:rsidR="001333C2" w:rsidRDefault="001333C2" w:rsidP="001333C2">
      <w:pPr>
        <w:pStyle w:val="ListBullet"/>
        <w:numPr>
          <w:ilvl w:val="0"/>
          <w:numId w:val="0"/>
        </w:numPr>
        <w:spacing w:after="40"/>
        <w:ind w:left="360"/>
      </w:pPr>
    </w:p>
    <w:p w14:paraId="3B03E12A" w14:textId="77777777" w:rsidR="00532E17" w:rsidRPr="00532E17" w:rsidRDefault="00532E17" w:rsidP="00532E17">
      <w:pPr>
        <w:jc w:val="center"/>
      </w:pPr>
    </w:p>
    <w:p w14:paraId="639D580E" w14:textId="77777777" w:rsidR="008479A8" w:rsidRDefault="00BC3BC9">
      <w:pPr>
        <w:pStyle w:val="Heading1"/>
        <w:spacing w:after="80"/>
      </w:pPr>
      <w:r>
        <w:rPr>
          <w:color w:val="00467F"/>
          <w:sz w:val="30"/>
        </w:rPr>
        <w:lastRenderedPageBreak/>
        <w:t>4. Application Checklist</w:t>
      </w:r>
    </w:p>
    <w:p w14:paraId="2647F27F" w14:textId="4C6A00E7" w:rsidR="008479A8" w:rsidRPr="001333C2" w:rsidRDefault="001333C2">
      <w:pPr>
        <w:spacing w:after="80"/>
        <w:rPr>
          <w:sz w:val="22"/>
        </w:rPr>
      </w:pPr>
      <w:r>
        <w:rPr>
          <w:i/>
          <w:sz w:val="18"/>
        </w:rPr>
        <w:t>I</w:t>
      </w:r>
      <w:r w:rsidR="00BC3BC9" w:rsidRPr="001333C2">
        <w:rPr>
          <w:i/>
          <w:sz w:val="22"/>
        </w:rPr>
        <w:t>ncomplete applications or submissions outside the stated limits may lose ranking during assessment or may not be considered.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8479A8" w:rsidRPr="001333C2" w14:paraId="7A256D74" w14:textId="77777777">
        <w:trPr>
          <w:tblHeader/>
          <w:jc w:val="center"/>
        </w:trPr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</w:tcPr>
          <w:p w14:paraId="312EAAB5" w14:textId="1F614229" w:rsidR="008479A8" w:rsidRPr="001333C2" w:rsidRDefault="001333C2">
            <w:pPr>
              <w:spacing w:after="40"/>
              <w:rPr>
                <w:sz w:val="22"/>
              </w:rPr>
            </w:pPr>
            <w:r>
              <w:rPr>
                <w:b/>
                <w:sz w:val="22"/>
              </w:rPr>
              <w:t xml:space="preserve">Your checklist to attach with this application 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</w:tcPr>
          <w:p w14:paraId="6657C0E9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b/>
                <w:sz w:val="22"/>
              </w:rPr>
              <w:t>Required item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</w:tcPr>
          <w:p w14:paraId="4F909EB5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b/>
                <w:sz w:val="22"/>
              </w:rPr>
              <w:t>Submission guidance</w:t>
            </w:r>
          </w:p>
        </w:tc>
      </w:tr>
      <w:tr w:rsidR="008479A8" w:rsidRPr="001333C2" w14:paraId="19CF8EF3" w14:textId="77777777">
        <w:trPr>
          <w:jc w:val="center"/>
        </w:trPr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E4E3F8" w14:textId="19B17BCE" w:rsidR="008479A8" w:rsidRPr="001333C2" w:rsidRDefault="008479A8">
            <w:pPr>
              <w:spacing w:after="40"/>
              <w:rPr>
                <w:sz w:val="22"/>
              </w:rPr>
            </w:pP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0A5911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sz w:val="22"/>
              </w:rPr>
              <w:t>Chiropractic degree and undergraduate academic transcript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07AEF4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b/>
                <w:bCs/>
                <w:sz w:val="22"/>
              </w:rPr>
              <w:t>Must show GPA information</w:t>
            </w:r>
            <w:r w:rsidRPr="001333C2">
              <w:rPr>
                <w:sz w:val="22"/>
              </w:rPr>
              <w:t xml:space="preserve"> where available. Minimum GPA requirement is considered during eligibility review.</w:t>
            </w:r>
          </w:p>
        </w:tc>
      </w:tr>
      <w:tr w:rsidR="008479A8" w:rsidRPr="001333C2" w14:paraId="0242F3C6" w14:textId="77777777">
        <w:trPr>
          <w:jc w:val="center"/>
        </w:trPr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ABBE9E" w14:textId="6ECCDAA6" w:rsidR="008479A8" w:rsidRPr="001333C2" w:rsidRDefault="008479A8">
            <w:pPr>
              <w:spacing w:after="40"/>
              <w:rPr>
                <w:sz w:val="22"/>
              </w:rPr>
            </w:pP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BC9209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sz w:val="22"/>
              </w:rPr>
              <w:t>Curriculum Vitae or resume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3B268F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b/>
                <w:bCs/>
                <w:sz w:val="22"/>
              </w:rPr>
              <w:t>Must be current within the last three (3) years</w:t>
            </w:r>
            <w:r w:rsidRPr="001333C2">
              <w:rPr>
                <w:sz w:val="22"/>
              </w:rPr>
              <w:t>. Include education, professional experience, leadership, service, athlete-care work, research, teaching, mentoring, awards, and honours where relevant.</w:t>
            </w:r>
          </w:p>
        </w:tc>
      </w:tr>
      <w:tr w:rsidR="008479A8" w:rsidRPr="001333C2" w14:paraId="4751E562" w14:textId="77777777">
        <w:trPr>
          <w:jc w:val="center"/>
        </w:trPr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8EB2C4" w14:textId="43ED03D2" w:rsidR="008479A8" w:rsidRPr="001333C2" w:rsidRDefault="008479A8">
            <w:pPr>
              <w:spacing w:after="40"/>
              <w:rPr>
                <w:sz w:val="22"/>
              </w:rPr>
            </w:pP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D001E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sz w:val="22"/>
              </w:rPr>
              <w:t>Essay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AA537E" w14:textId="77777777" w:rsidR="008479A8" w:rsidRPr="001333C2" w:rsidRDefault="00BC3BC9">
            <w:pPr>
              <w:spacing w:after="40"/>
              <w:rPr>
                <w:b/>
                <w:bCs/>
                <w:sz w:val="22"/>
              </w:rPr>
            </w:pPr>
            <w:r w:rsidRPr="001333C2">
              <w:rPr>
                <w:b/>
                <w:bCs/>
                <w:sz w:val="22"/>
              </w:rPr>
              <w:t xml:space="preserve">Maximum 1,000 words. Use </w:t>
            </w:r>
            <w:proofErr w:type="gramStart"/>
            <w:r w:rsidRPr="001333C2">
              <w:rPr>
                <w:b/>
                <w:bCs/>
                <w:sz w:val="22"/>
              </w:rPr>
              <w:t>1.5 line</w:t>
            </w:r>
            <w:proofErr w:type="gramEnd"/>
            <w:r w:rsidRPr="001333C2">
              <w:rPr>
                <w:b/>
                <w:bCs/>
                <w:sz w:val="22"/>
              </w:rPr>
              <w:t xml:space="preserve"> spacing and include your full name in the document header.</w:t>
            </w:r>
          </w:p>
        </w:tc>
      </w:tr>
      <w:tr w:rsidR="008479A8" w:rsidRPr="001333C2" w14:paraId="1BBA9C87" w14:textId="77777777">
        <w:trPr>
          <w:jc w:val="center"/>
        </w:trPr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D9CDEC" w14:textId="76B87051" w:rsidR="008479A8" w:rsidRPr="001333C2" w:rsidRDefault="008479A8">
            <w:pPr>
              <w:spacing w:after="40"/>
              <w:rPr>
                <w:sz w:val="22"/>
              </w:rPr>
            </w:pP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BDB119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sz w:val="22"/>
              </w:rPr>
              <w:t>Two letters of recommendation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3FE82B" w14:textId="7133DBCF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sz w:val="22"/>
              </w:rPr>
              <w:t xml:space="preserve">Letters must be from eligible referees who can comment on your suitability, service, leadership, professional attributes, and contribution to sports chiropractic. </w:t>
            </w:r>
          </w:p>
        </w:tc>
      </w:tr>
      <w:tr w:rsidR="008479A8" w:rsidRPr="001333C2" w14:paraId="30C0F7AF" w14:textId="77777777">
        <w:trPr>
          <w:jc w:val="center"/>
        </w:trPr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13B7E4" w14:textId="1CB9DC3F" w:rsidR="008479A8" w:rsidRPr="001333C2" w:rsidRDefault="008479A8">
            <w:pPr>
              <w:spacing w:after="40"/>
              <w:rPr>
                <w:sz w:val="22"/>
              </w:rPr>
            </w:pP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827F4B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sz w:val="22"/>
              </w:rPr>
              <w:t>Short video introduction</w:t>
            </w:r>
          </w:p>
        </w:tc>
        <w:tc>
          <w:tcPr>
            <w:tcW w:w="3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5A3571" w14:textId="77777777" w:rsidR="008479A8" w:rsidRPr="001333C2" w:rsidRDefault="00BC3BC9">
            <w:pPr>
              <w:spacing w:after="40"/>
              <w:rPr>
                <w:sz w:val="22"/>
              </w:rPr>
            </w:pPr>
            <w:r w:rsidRPr="001333C2">
              <w:rPr>
                <w:b/>
                <w:bCs/>
                <w:sz w:val="22"/>
              </w:rPr>
              <w:t xml:space="preserve">Maximum 1 minute. </w:t>
            </w:r>
            <w:r w:rsidRPr="001333C2">
              <w:rPr>
                <w:sz w:val="22"/>
              </w:rPr>
              <w:t>Submit as an MP4 video file. Introduce yourself and explain why you wish to be considered for the FICS Master's Scholarship.</w:t>
            </w:r>
          </w:p>
        </w:tc>
      </w:tr>
    </w:tbl>
    <w:p w14:paraId="75EAC0EC" w14:textId="4C2649B1" w:rsidR="008479A8" w:rsidRDefault="00BC3BC9">
      <w:pPr>
        <w:pStyle w:val="Heading1"/>
        <w:spacing w:after="80"/>
      </w:pPr>
      <w:r>
        <w:rPr>
          <w:color w:val="00467F"/>
          <w:sz w:val="30"/>
        </w:rPr>
        <w:t>5. Essay Guidance</w:t>
      </w:r>
      <w:r w:rsidR="002A0E60">
        <w:rPr>
          <w:color w:val="00467F"/>
          <w:sz w:val="30"/>
        </w:rPr>
        <w:t xml:space="preserve"> – Refer to the scholarship rubric for further guidance</w:t>
      </w:r>
    </w:p>
    <w:p w14:paraId="74ACC1C1" w14:textId="399FA909" w:rsidR="008479A8" w:rsidRPr="00532E17" w:rsidRDefault="00BC3BC9">
      <w:pPr>
        <w:spacing w:after="80"/>
        <w:rPr>
          <w:b/>
          <w:bCs/>
          <w:sz w:val="22"/>
        </w:rPr>
      </w:pPr>
      <w:r w:rsidRPr="00532E17">
        <w:rPr>
          <w:sz w:val="22"/>
        </w:rPr>
        <w:t xml:space="preserve">Applicants are asked to explain why they wish to be considered for the FICS scholarship and how completing the </w:t>
      </w:r>
      <w:proofErr w:type="gramStart"/>
      <w:r w:rsidRPr="00532E17">
        <w:rPr>
          <w:sz w:val="22"/>
        </w:rPr>
        <w:t>Master's</w:t>
      </w:r>
      <w:proofErr w:type="gramEnd"/>
      <w:r w:rsidRPr="00532E17">
        <w:rPr>
          <w:sz w:val="22"/>
        </w:rPr>
        <w:t xml:space="preserve"> degree will benefit their professional development, the sports chiropractic community, and the athletes they support.</w:t>
      </w:r>
      <w:r w:rsidR="005E0FD5">
        <w:rPr>
          <w:sz w:val="22"/>
        </w:rPr>
        <w:t xml:space="preserve"> </w:t>
      </w:r>
      <w:r w:rsidRPr="00532E17">
        <w:rPr>
          <w:b/>
          <w:bCs/>
          <w:i/>
          <w:sz w:val="22"/>
        </w:rPr>
        <w:t>Essays over 1,000 words will lose ranking during assessment.</w:t>
      </w:r>
    </w:p>
    <w:p w14:paraId="2291F1CA" w14:textId="5003CFA7" w:rsidR="008479A8" w:rsidRDefault="00BC3BC9">
      <w:pPr>
        <w:pStyle w:val="Heading1"/>
        <w:spacing w:after="80"/>
      </w:pPr>
      <w:r>
        <w:rPr>
          <w:color w:val="00467F"/>
          <w:sz w:val="30"/>
        </w:rPr>
        <w:t xml:space="preserve">6. Recommendation Letter </w:t>
      </w:r>
      <w:r w:rsidR="002A0E60">
        <w:rPr>
          <w:color w:val="00467F"/>
          <w:sz w:val="30"/>
        </w:rPr>
        <w:t xml:space="preserve">- </w:t>
      </w:r>
      <w:r w:rsidR="002A0E60">
        <w:rPr>
          <w:color w:val="00467F"/>
          <w:sz w:val="30"/>
        </w:rPr>
        <w:t>Refer to the scholarship rubric for further guidance</w:t>
      </w:r>
    </w:p>
    <w:p w14:paraId="35C4DA72" w14:textId="58D26489" w:rsidR="005E0FD5" w:rsidRDefault="00BC3BC9" w:rsidP="005E0FD5">
      <w:pPr>
        <w:spacing w:after="80"/>
        <w:rPr>
          <w:b/>
          <w:color w:val="00467F"/>
          <w:sz w:val="30"/>
        </w:rPr>
      </w:pPr>
      <w:r w:rsidRPr="00532E17">
        <w:rPr>
          <w:sz w:val="22"/>
        </w:rPr>
        <w:t xml:space="preserve">Each letter should be provided by an eligible referee with direct knowledge of your professional, academic, clinical, athlete-care, mentoring, or service experience. </w:t>
      </w:r>
      <w:r w:rsidR="002A0E60" w:rsidRPr="002A0E60">
        <w:rPr>
          <w:b/>
          <w:bCs/>
          <w:sz w:val="22"/>
        </w:rPr>
        <w:t xml:space="preserve">Letter must be signed by the person providing the reference and </w:t>
      </w:r>
      <w:proofErr w:type="gramStart"/>
      <w:r w:rsidR="002A0E60" w:rsidRPr="002A0E60">
        <w:rPr>
          <w:b/>
          <w:bCs/>
          <w:sz w:val="22"/>
        </w:rPr>
        <w:t>include</w:t>
      </w:r>
      <w:proofErr w:type="gramEnd"/>
      <w:r w:rsidR="002A0E60" w:rsidRPr="002A0E60">
        <w:rPr>
          <w:b/>
          <w:bCs/>
          <w:sz w:val="22"/>
        </w:rPr>
        <w:t xml:space="preserve"> contact details. </w:t>
      </w:r>
    </w:p>
    <w:p w14:paraId="187BB197" w14:textId="77777777" w:rsidR="005E0FD5" w:rsidRDefault="005E0FD5" w:rsidP="005E0FD5">
      <w:pPr>
        <w:spacing w:after="80"/>
        <w:rPr>
          <w:b/>
          <w:color w:val="00467F"/>
          <w:sz w:val="30"/>
        </w:rPr>
      </w:pPr>
    </w:p>
    <w:p w14:paraId="28B26A22" w14:textId="5BFD1E2E" w:rsidR="008479A8" w:rsidRDefault="00BC3BC9" w:rsidP="005E0FD5">
      <w:pPr>
        <w:spacing w:after="80"/>
      </w:pPr>
      <w:r>
        <w:rPr>
          <w:b/>
          <w:color w:val="00467F"/>
          <w:sz w:val="30"/>
        </w:rPr>
        <w:lastRenderedPageBreak/>
        <w:t>7. Submission Format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8479A8" w14:paraId="59B53675" w14:textId="77777777">
        <w:tc>
          <w:tcPr>
            <w:tcW w:w="10656" w:type="dxa"/>
            <w:tcBorders>
              <w:top w:val="single" w:sz="8" w:space="0" w:color="C9A227"/>
              <w:left w:val="single" w:sz="8" w:space="0" w:color="C9A227"/>
              <w:bottom w:val="single" w:sz="8" w:space="0" w:color="C9A227"/>
              <w:right w:val="single" w:sz="8" w:space="0" w:color="C9A227"/>
            </w:tcBorders>
            <w:shd w:val="clear" w:color="auto" w:fill="FFF2CC"/>
          </w:tcPr>
          <w:p w14:paraId="5F9E692D" w14:textId="77777777" w:rsidR="008479A8" w:rsidRPr="00532E17" w:rsidRDefault="00BC3BC9">
            <w:pPr>
              <w:rPr>
                <w:sz w:val="22"/>
              </w:rPr>
            </w:pPr>
            <w:r w:rsidRPr="00532E17">
              <w:rPr>
                <w:b/>
                <w:sz w:val="22"/>
              </w:rPr>
              <w:t>S</w:t>
            </w:r>
            <w:r w:rsidRPr="00532E17">
              <w:rPr>
                <w:b/>
                <w:sz w:val="22"/>
              </w:rPr>
              <w:t xml:space="preserve">trict file naming format: </w:t>
            </w:r>
            <w:r w:rsidRPr="00532E17">
              <w:rPr>
                <w:sz w:val="22"/>
              </w:rPr>
              <w:t>LAST NAME First name_Scholarship name 2027</w:t>
            </w:r>
          </w:p>
          <w:p w14:paraId="5B35C07B" w14:textId="77777777" w:rsidR="008479A8" w:rsidRPr="00532E17" w:rsidRDefault="00BC3BC9">
            <w:pPr>
              <w:rPr>
                <w:b/>
                <w:bCs/>
                <w:sz w:val="22"/>
              </w:rPr>
            </w:pPr>
            <w:r w:rsidRPr="00532E17">
              <w:rPr>
                <w:b/>
                <w:bCs/>
                <w:sz w:val="22"/>
              </w:rPr>
              <w:t>Example: BROWN Maree_ICSC Scholarship 2027</w:t>
            </w:r>
          </w:p>
          <w:p w14:paraId="2A9CBAC1" w14:textId="52EC5B8B" w:rsidR="008479A8" w:rsidRDefault="00BC3BC9" w:rsidP="005E0FD5">
            <w:r w:rsidRPr="00532E17">
              <w:rPr>
                <w:sz w:val="22"/>
              </w:rPr>
              <w:t xml:space="preserve">Written application materials should be combined into a single file where possible and submitted in Word (.doc/.docx) or PDF format. </w:t>
            </w:r>
            <w:r w:rsidR="005E0FD5">
              <w:rPr>
                <w:sz w:val="22"/>
              </w:rPr>
              <w:t xml:space="preserve"> </w:t>
            </w:r>
            <w:r w:rsidRPr="00532E17">
              <w:rPr>
                <w:sz w:val="22"/>
              </w:rPr>
              <w:t>The video must be submitted as a separate MP4 file and must not exceed 1 minute.</w:t>
            </w:r>
            <w:r w:rsidR="005E0FD5">
              <w:rPr>
                <w:sz w:val="22"/>
              </w:rPr>
              <w:t xml:space="preserve"> </w:t>
            </w:r>
            <w:r w:rsidRPr="00532E17">
              <w:rPr>
                <w:b/>
                <w:sz w:val="22"/>
              </w:rPr>
              <w:t>Send all documents together to admin@fics.sport once completed.</w:t>
            </w:r>
          </w:p>
        </w:tc>
      </w:tr>
    </w:tbl>
    <w:p w14:paraId="17F71720" w14:textId="77777777" w:rsidR="008479A8" w:rsidRDefault="00BC3BC9">
      <w:pPr>
        <w:pStyle w:val="Heading1"/>
        <w:spacing w:after="80"/>
      </w:pPr>
      <w:r>
        <w:rPr>
          <w:color w:val="00467F"/>
          <w:sz w:val="30"/>
        </w:rPr>
        <w:t>8. Applicant Declaration</w:t>
      </w:r>
    </w:p>
    <w:p w14:paraId="7D3EDA52" w14:textId="465B90EE" w:rsidR="008479A8" w:rsidRPr="00532E17" w:rsidRDefault="00BC3BC9" w:rsidP="00532E17">
      <w:pPr>
        <w:pStyle w:val="ListParagraph"/>
        <w:numPr>
          <w:ilvl w:val="0"/>
          <w:numId w:val="10"/>
        </w:numPr>
        <w:spacing w:after="80"/>
        <w:rPr>
          <w:sz w:val="22"/>
        </w:rPr>
      </w:pPr>
      <w:r w:rsidRPr="00532E17">
        <w:rPr>
          <w:sz w:val="22"/>
        </w:rPr>
        <w:t>I confirm that the information provided in this application is true and accurate to the best of my knowledge.</w:t>
      </w:r>
    </w:p>
    <w:p w14:paraId="6F4A88BA" w14:textId="510CBE5B" w:rsidR="008479A8" w:rsidRPr="00532E17" w:rsidRDefault="00BC3BC9" w:rsidP="00532E17">
      <w:pPr>
        <w:pStyle w:val="ListParagraph"/>
        <w:numPr>
          <w:ilvl w:val="0"/>
          <w:numId w:val="10"/>
        </w:numPr>
        <w:spacing w:after="80"/>
        <w:rPr>
          <w:sz w:val="22"/>
        </w:rPr>
      </w:pPr>
      <w:r w:rsidRPr="00532E17">
        <w:rPr>
          <w:sz w:val="22"/>
        </w:rPr>
        <w:t>I understand that incomplete</w:t>
      </w:r>
      <w:r w:rsidRPr="00532E17">
        <w:rPr>
          <w:sz w:val="22"/>
        </w:rPr>
        <w:t xml:space="preserve"> </w:t>
      </w:r>
      <w:r w:rsidRPr="00532E17">
        <w:rPr>
          <w:sz w:val="22"/>
        </w:rPr>
        <w:t xml:space="preserve">or over-limit submissions may </w:t>
      </w:r>
      <w:r w:rsidRPr="00532E17">
        <w:rPr>
          <w:sz w:val="22"/>
        </w:rPr>
        <w:t>lose ranking during assessment.</w:t>
      </w:r>
    </w:p>
    <w:p w14:paraId="196C3B0A" w14:textId="43FDE958" w:rsidR="008479A8" w:rsidRPr="00532E17" w:rsidRDefault="00BC3BC9" w:rsidP="00532E17">
      <w:pPr>
        <w:pStyle w:val="ListParagraph"/>
        <w:numPr>
          <w:ilvl w:val="0"/>
          <w:numId w:val="10"/>
        </w:numPr>
        <w:spacing w:after="80"/>
        <w:rPr>
          <w:sz w:val="22"/>
        </w:rPr>
      </w:pPr>
      <w:r w:rsidRPr="00532E17">
        <w:rPr>
          <w:sz w:val="22"/>
        </w:rPr>
        <w:t>I understand that the scholarship decision is final and will be assessed against the published rubric and relevant university requirements.</w:t>
      </w:r>
    </w:p>
    <w:p w14:paraId="7262C530" w14:textId="77777777" w:rsidR="00532E17" w:rsidRDefault="00532E17" w:rsidP="00532E17">
      <w:pPr>
        <w:pStyle w:val="ListParagraph"/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5E0FD5" w:rsidRPr="00532E17" w14:paraId="6C9F1874" w14:textId="77777777" w:rsidTr="005E0FD5">
        <w:trPr>
          <w:trHeight w:val="1004"/>
          <w:jc w:val="center"/>
        </w:trPr>
        <w:tc>
          <w:tcPr>
            <w:tcW w:w="3474" w:type="dxa"/>
          </w:tcPr>
          <w:p w14:paraId="68219EA9" w14:textId="77777777" w:rsidR="005E0FD5" w:rsidRPr="00532E17" w:rsidRDefault="005E0FD5">
            <w:pPr>
              <w:rPr>
                <w:sz w:val="22"/>
              </w:rPr>
            </w:pPr>
            <w:r w:rsidRPr="00532E17">
              <w:rPr>
                <w:sz w:val="22"/>
              </w:rPr>
              <w:t>Applicant signature</w:t>
            </w:r>
          </w:p>
        </w:tc>
        <w:tc>
          <w:tcPr>
            <w:tcW w:w="3474" w:type="dxa"/>
          </w:tcPr>
          <w:p w14:paraId="6CD0A3CA" w14:textId="77777777" w:rsidR="005E0FD5" w:rsidRPr="00532E17" w:rsidRDefault="005E0FD5">
            <w:pPr>
              <w:rPr>
                <w:sz w:val="22"/>
              </w:rPr>
            </w:pPr>
            <w:r w:rsidRPr="00532E17">
              <w:rPr>
                <w:sz w:val="22"/>
              </w:rPr>
              <w:t>Date</w:t>
            </w:r>
          </w:p>
        </w:tc>
        <w:tc>
          <w:tcPr>
            <w:tcW w:w="3474" w:type="dxa"/>
          </w:tcPr>
          <w:p w14:paraId="1B2879E4" w14:textId="77777777" w:rsidR="005E0FD5" w:rsidRPr="00532E17" w:rsidRDefault="005E0FD5">
            <w:pPr>
              <w:rPr>
                <w:sz w:val="22"/>
              </w:rPr>
            </w:pPr>
            <w:r w:rsidRPr="00532E17">
              <w:rPr>
                <w:sz w:val="22"/>
              </w:rPr>
              <w:t>Printed name</w:t>
            </w:r>
          </w:p>
        </w:tc>
      </w:tr>
      <w:tr w:rsidR="005E0FD5" w:rsidRPr="00532E17" w14:paraId="61231D93" w14:textId="77777777" w:rsidTr="005E0FD5">
        <w:trPr>
          <w:trHeight w:val="974"/>
          <w:jc w:val="center"/>
        </w:trPr>
        <w:tc>
          <w:tcPr>
            <w:tcW w:w="3474" w:type="dxa"/>
          </w:tcPr>
          <w:p w14:paraId="2E79FD46" w14:textId="77777777" w:rsidR="005E0FD5" w:rsidRPr="00532E17" w:rsidRDefault="005E0FD5">
            <w:pPr>
              <w:rPr>
                <w:sz w:val="22"/>
              </w:rPr>
            </w:pPr>
            <w:r w:rsidRPr="00532E17">
              <w:rPr>
                <w:sz w:val="22"/>
              </w:rPr>
              <w:t>__________________</w:t>
            </w:r>
          </w:p>
        </w:tc>
        <w:tc>
          <w:tcPr>
            <w:tcW w:w="3474" w:type="dxa"/>
          </w:tcPr>
          <w:p w14:paraId="18F625E6" w14:textId="77777777" w:rsidR="005E0FD5" w:rsidRPr="00532E17" w:rsidRDefault="005E0FD5">
            <w:pPr>
              <w:rPr>
                <w:sz w:val="22"/>
              </w:rPr>
            </w:pPr>
            <w:r w:rsidRPr="00532E17">
              <w:rPr>
                <w:sz w:val="22"/>
              </w:rPr>
              <w:t>__________________</w:t>
            </w:r>
          </w:p>
        </w:tc>
        <w:tc>
          <w:tcPr>
            <w:tcW w:w="3474" w:type="dxa"/>
          </w:tcPr>
          <w:p w14:paraId="36189643" w14:textId="77777777" w:rsidR="005E0FD5" w:rsidRPr="00532E17" w:rsidRDefault="005E0FD5">
            <w:pPr>
              <w:rPr>
                <w:sz w:val="22"/>
              </w:rPr>
            </w:pPr>
            <w:r w:rsidRPr="00532E17">
              <w:rPr>
                <w:sz w:val="22"/>
              </w:rPr>
              <w:t>__________________</w:t>
            </w:r>
          </w:p>
        </w:tc>
      </w:tr>
    </w:tbl>
    <w:p w14:paraId="77D221D0" w14:textId="2FFD40CB" w:rsidR="008479A8" w:rsidRPr="005E0FD5" w:rsidRDefault="00BC3BC9" w:rsidP="005E0FD5">
      <w:pPr>
        <w:spacing w:after="80"/>
        <w:rPr>
          <w:sz w:val="22"/>
        </w:rPr>
      </w:pPr>
      <w:r>
        <w:rPr>
          <w:b/>
          <w:color w:val="00467F"/>
          <w:sz w:val="30"/>
        </w:rPr>
        <w:t>F</w:t>
      </w:r>
      <w:r>
        <w:rPr>
          <w:b/>
          <w:color w:val="00467F"/>
          <w:sz w:val="30"/>
        </w:rPr>
        <w:t>or FICS Administration Use Only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9"/>
        <w:gridCol w:w="2348"/>
        <w:gridCol w:w="2958"/>
      </w:tblGrid>
      <w:tr w:rsidR="008479A8" w:rsidRPr="00532E17" w14:paraId="0848F0EB" w14:textId="77777777" w:rsidTr="005E0FD5">
        <w:trPr>
          <w:trHeight w:val="95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</w:tcPr>
          <w:p w14:paraId="5368289D" w14:textId="77777777" w:rsidR="008479A8" w:rsidRPr="00532E17" w:rsidRDefault="00BC3BC9">
            <w:pPr>
              <w:spacing w:after="40"/>
              <w:rPr>
                <w:sz w:val="24"/>
                <w:szCs w:val="24"/>
              </w:rPr>
            </w:pPr>
            <w:r w:rsidRPr="00532E17">
              <w:rPr>
                <w:b/>
                <w:sz w:val="24"/>
                <w:szCs w:val="24"/>
              </w:rPr>
              <w:t>R</w:t>
            </w:r>
            <w:r w:rsidRPr="00532E17">
              <w:rPr>
                <w:b/>
                <w:sz w:val="24"/>
                <w:szCs w:val="24"/>
              </w:rPr>
              <w:t>eview item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</w:tcPr>
          <w:p w14:paraId="5DEAF935" w14:textId="77777777" w:rsidR="008479A8" w:rsidRPr="00532E17" w:rsidRDefault="00BC3BC9">
            <w:pPr>
              <w:spacing w:after="40"/>
              <w:rPr>
                <w:sz w:val="24"/>
                <w:szCs w:val="24"/>
              </w:rPr>
            </w:pPr>
            <w:r w:rsidRPr="00532E17">
              <w:rPr>
                <w:b/>
                <w:sz w:val="24"/>
                <w:szCs w:val="24"/>
              </w:rPr>
              <w:t>Complete</w:t>
            </w: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</w:tcPr>
          <w:p w14:paraId="1A674EDB" w14:textId="77777777" w:rsidR="008479A8" w:rsidRPr="00532E17" w:rsidRDefault="00BC3BC9">
            <w:pPr>
              <w:spacing w:after="40"/>
              <w:rPr>
                <w:sz w:val="24"/>
                <w:szCs w:val="24"/>
              </w:rPr>
            </w:pPr>
            <w:r w:rsidRPr="00532E17">
              <w:rPr>
                <w:b/>
                <w:sz w:val="24"/>
                <w:szCs w:val="24"/>
              </w:rPr>
              <w:t>Notes</w:t>
            </w:r>
          </w:p>
        </w:tc>
      </w:tr>
      <w:tr w:rsidR="008479A8" w:rsidRPr="005E0FD5" w14:paraId="010847AB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4F142D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Application received by deadline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C5F405" w14:textId="506EBF26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2F0610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6265776B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229E9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Correct file naming format used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FEB1BB" w14:textId="43A7F6BC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F508F5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11DAE309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A32A98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Chiropractic degree and transcript received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A60A8C" w14:textId="1DB173A6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EF63F8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4A04F62F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447DC1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GPA / university eligibility checked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991267" w14:textId="3BAE699E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63E996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4571BA98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6548FC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CV or resume current within 3 years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ADB235" w14:textId="2D16A2B9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9A59BF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27DA9760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103AA0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Essay received and within 1,000-word limit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A5EB10" w14:textId="586D6241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377D9B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6D018812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EDFF4B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Two eligible referee letters received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678350" w14:textId="775F49A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256E34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7C9CAD52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CE09CE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Video received and within 1-minute limit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5B19FF" w14:textId="1D99770B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0136B5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5E5E32CC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B20E63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FICS membership in good standing confirmed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DEBF83" w14:textId="23789FB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65CC5E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2182AC64" w14:textId="77777777" w:rsidTr="005E0FD5">
        <w:trPr>
          <w:trHeight w:val="124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CFB797" w14:textId="0FF15AE3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 xml:space="preserve">ICSC </w:t>
            </w:r>
            <w:r w:rsidRPr="005E0FD5">
              <w:rPr>
                <w:sz w:val="20"/>
                <w:szCs w:val="20"/>
              </w:rPr>
              <w:t xml:space="preserve">confirmed 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C302E1" w14:textId="6593E43A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526894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3B3BC1D0" w14:textId="77777777" w:rsidTr="005E0FD5">
        <w:trPr>
          <w:trHeight w:val="237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1C3BC4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NCSC/RCSC or individual membership eligibility reviewed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2D93F6" w14:textId="75A78079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922255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  <w:tr w:rsidR="008479A8" w:rsidRPr="005E0FD5" w14:paraId="5645F419" w14:textId="77777777" w:rsidTr="005E0FD5">
        <w:trPr>
          <w:trHeight w:val="241"/>
        </w:trPr>
        <w:tc>
          <w:tcPr>
            <w:tcW w:w="5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872579" w14:textId="77777777" w:rsidR="008479A8" w:rsidRPr="005E0FD5" w:rsidRDefault="00BC3BC9" w:rsidP="00532E17">
            <w:pPr>
              <w:spacing w:after="40" w:line="360" w:lineRule="auto"/>
              <w:rPr>
                <w:sz w:val="20"/>
                <w:szCs w:val="20"/>
              </w:rPr>
            </w:pPr>
            <w:r w:rsidRPr="005E0FD5">
              <w:rPr>
                <w:sz w:val="20"/>
                <w:szCs w:val="20"/>
              </w:rPr>
              <w:t>Sports chiropractic participation eligibility review completed</w:t>
            </w:r>
          </w:p>
        </w:tc>
        <w:tc>
          <w:tcPr>
            <w:tcW w:w="2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B58CCB" w14:textId="35F8A861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E708B5" w14:textId="77777777" w:rsidR="008479A8" w:rsidRPr="005E0FD5" w:rsidRDefault="008479A8" w:rsidP="00532E17">
            <w:pPr>
              <w:spacing w:after="40" w:line="360" w:lineRule="auto"/>
              <w:rPr>
                <w:sz w:val="20"/>
                <w:szCs w:val="20"/>
              </w:rPr>
            </w:pPr>
          </w:p>
        </w:tc>
      </w:tr>
    </w:tbl>
    <w:p w14:paraId="27745F42" w14:textId="77777777" w:rsidR="00BC3BC9" w:rsidRPr="005E0FD5" w:rsidRDefault="00BC3BC9">
      <w:pPr>
        <w:rPr>
          <w:sz w:val="20"/>
          <w:szCs w:val="20"/>
        </w:rPr>
      </w:pPr>
    </w:p>
    <w:sectPr w:rsidR="00BC3BC9" w:rsidRPr="005E0FD5" w:rsidSect="00532E17">
      <w:headerReference w:type="default" r:id="rId12"/>
      <w:footerReference w:type="default" r:id="rId13"/>
      <w:pgSz w:w="12240" w:h="15840"/>
      <w:pgMar w:top="648" w:right="792" w:bottom="648" w:left="792" w:header="720" w:footer="3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0E192" w14:textId="77777777" w:rsidR="00BC3BC9" w:rsidRDefault="00BC3BC9">
      <w:pPr>
        <w:spacing w:after="0" w:line="240" w:lineRule="auto"/>
      </w:pPr>
      <w:r>
        <w:separator/>
      </w:r>
    </w:p>
  </w:endnote>
  <w:endnote w:type="continuationSeparator" w:id="0">
    <w:p w14:paraId="283806CC" w14:textId="77777777" w:rsidR="00BC3BC9" w:rsidRDefault="00BC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7658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A2C127" w14:textId="1D26FD35" w:rsidR="005E0FD5" w:rsidRDefault="005E0FD5" w:rsidP="005E0FD5">
            <w:pPr>
              <w:pStyle w:val="Footer"/>
              <w:tabs>
                <w:tab w:val="clear" w:pos="9360"/>
                <w:tab w:val="right" w:pos="10490"/>
              </w:tabs>
            </w:pPr>
            <w:r>
              <w:rPr>
                <w:color w:val="5A5A5A"/>
                <w:sz w:val="16"/>
              </w:rPr>
              <w:t xml:space="preserve">Submit complete applications to </w:t>
            </w:r>
            <w:proofErr w:type="spellStart"/>
            <w:r>
              <w:rPr>
                <w:color w:val="5A5A5A"/>
                <w:sz w:val="16"/>
              </w:rPr>
              <w:t>admin@fics.sport</w:t>
            </w:r>
            <w:proofErr w:type="spellEnd"/>
            <w:r>
              <w:rPr>
                <w:color w:val="5A5A5A"/>
                <w:sz w:val="16"/>
              </w:rPr>
              <w:t xml:space="preserve"> | </w:t>
            </w:r>
            <w:hyperlink r:id="rId1" w:history="1">
              <w:r w:rsidRPr="00797FDF">
                <w:rPr>
                  <w:rStyle w:val="Hyperlink"/>
                  <w:sz w:val="16"/>
                </w:rPr>
                <w:t>https://fics.sport</w:t>
              </w:r>
            </w:hyperlink>
            <w:r>
              <w:rPr>
                <w:color w:val="5A5A5A"/>
                <w:sz w:val="16"/>
              </w:rPr>
              <w:t xml:space="preserve"> </w:t>
            </w:r>
            <w:r>
              <w:rPr>
                <w:color w:val="5A5A5A"/>
                <w:sz w:val="16"/>
              </w:rPr>
              <w:tab/>
            </w:r>
            <w:r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7436C6" w14:textId="6AA9EE3B" w:rsidR="008479A8" w:rsidRDefault="008479A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ABFC" w14:textId="77777777" w:rsidR="00BC3BC9" w:rsidRDefault="00BC3BC9">
      <w:pPr>
        <w:spacing w:after="0" w:line="240" w:lineRule="auto"/>
      </w:pPr>
      <w:r>
        <w:separator/>
      </w:r>
    </w:p>
  </w:footnote>
  <w:footnote w:type="continuationSeparator" w:id="0">
    <w:p w14:paraId="6DB6608D" w14:textId="77777777" w:rsidR="00BC3BC9" w:rsidRDefault="00BC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206B" w14:textId="77777777" w:rsidR="008479A8" w:rsidRDefault="00BC3BC9">
    <w:pPr>
      <w:pStyle w:val="Header"/>
      <w:jc w:val="center"/>
    </w:pPr>
    <w:r>
      <w:rPr>
        <w:color w:val="5A5A5A"/>
        <w:sz w:val="16"/>
      </w:rPr>
      <w:t>FICS Master's Scholarships 2027 -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BC1AFD"/>
    <w:multiLevelType w:val="hybridMultilevel"/>
    <w:tmpl w:val="369A1F7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020649">
    <w:abstractNumId w:val="8"/>
  </w:num>
  <w:num w:numId="2" w16cid:durableId="418139296">
    <w:abstractNumId w:val="6"/>
  </w:num>
  <w:num w:numId="3" w16cid:durableId="1308634212">
    <w:abstractNumId w:val="5"/>
  </w:num>
  <w:num w:numId="4" w16cid:durableId="190799493">
    <w:abstractNumId w:val="4"/>
  </w:num>
  <w:num w:numId="5" w16cid:durableId="1052728269">
    <w:abstractNumId w:val="7"/>
  </w:num>
  <w:num w:numId="6" w16cid:durableId="802508145">
    <w:abstractNumId w:val="3"/>
  </w:num>
  <w:num w:numId="7" w16cid:durableId="457575908">
    <w:abstractNumId w:val="2"/>
  </w:num>
  <w:num w:numId="8" w16cid:durableId="2023361720">
    <w:abstractNumId w:val="1"/>
  </w:num>
  <w:num w:numId="9" w16cid:durableId="2141848352">
    <w:abstractNumId w:val="0"/>
  </w:num>
  <w:num w:numId="10" w16cid:durableId="190799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604"/>
    <w:rsid w:val="00034616"/>
    <w:rsid w:val="0006063C"/>
    <w:rsid w:val="001333C2"/>
    <w:rsid w:val="0015074B"/>
    <w:rsid w:val="0029639D"/>
    <w:rsid w:val="002A0E60"/>
    <w:rsid w:val="00326F90"/>
    <w:rsid w:val="00532E17"/>
    <w:rsid w:val="005E0FD5"/>
    <w:rsid w:val="00653F8C"/>
    <w:rsid w:val="008479A8"/>
    <w:rsid w:val="00AA1D8D"/>
    <w:rsid w:val="00B47730"/>
    <w:rsid w:val="00BC3BC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F1AF8674-21B5-403D-B992-DDC4C7B3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E0F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ics.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D00B071A5694ABD36FCF13BB8B64A" ma:contentTypeVersion="13" ma:contentTypeDescription="Create a new document." ma:contentTypeScope="" ma:versionID="3cb54634e6e6b235bd0a061921d03dc9">
  <xsd:schema xmlns:xsd="http://www.w3.org/2001/XMLSchema" xmlns:xs="http://www.w3.org/2001/XMLSchema" xmlns:p="http://schemas.microsoft.com/office/2006/metadata/properties" xmlns:ns2="a78fdf7e-e3af-4aa8-a7f3-6b498472a3ee" xmlns:ns3="fd98643e-1200-46c2-b431-4de5f35bb501" targetNamespace="http://schemas.microsoft.com/office/2006/metadata/properties" ma:root="true" ma:fieldsID="200ff59f11a083e0d2ef69e6e3a6ca2d" ns2:_="" ns3:_="">
    <xsd:import namespace="a78fdf7e-e3af-4aa8-a7f3-6b498472a3ee"/>
    <xsd:import namespace="fd98643e-1200-46c2-b431-4de5f35bb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fdf7e-e3af-4aa8-a7f3-6b498472a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a253fa-9d76-4254-b592-d1b9fe305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8643e-1200-46c2-b431-4de5f35bb50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be18c39-ae62-4152-a16a-25833f91b3ae}" ma:internalName="TaxCatchAll" ma:showField="CatchAllData" ma:web="fd98643e-1200-46c2-b431-4de5f35bb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8fdf7e-e3af-4aa8-a7f3-6b498472a3ee">
      <Terms xmlns="http://schemas.microsoft.com/office/infopath/2007/PartnerControls"/>
    </lcf76f155ced4ddcb4097134ff3c332f>
    <TaxCatchAll xmlns="fd98643e-1200-46c2-b431-4de5f35bb5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8C53D9-C630-4A8C-A41E-023B0F4F4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fdf7e-e3af-4aa8-a7f3-6b498472a3ee"/>
    <ds:schemaRef ds:uri="fd98643e-1200-46c2-b431-4de5f35bb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2BECA4-B2E5-4FE7-9FA7-28B6EDBDBB8C}">
  <ds:schemaRefs>
    <ds:schemaRef ds:uri="http://schemas.microsoft.com/office/2006/metadata/properties"/>
    <ds:schemaRef ds:uri="http://schemas.microsoft.com/office/infopath/2007/PartnerControls"/>
    <ds:schemaRef ds:uri="a78fdf7e-e3af-4aa8-a7f3-6b498472a3ee"/>
    <ds:schemaRef ds:uri="fd98643e-1200-46c2-b431-4de5f35bb501"/>
  </ds:schemaRefs>
</ds:datastoreItem>
</file>

<file path=customXml/itemProps4.xml><?xml version="1.0" encoding="utf-8"?>
<ds:datastoreItem xmlns:ds="http://schemas.openxmlformats.org/officeDocument/2006/customXml" ds:itemID="{7719F506-785B-47A6-80EF-1AF5DD345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610</Words>
  <Characters>3645</Characters>
  <Application>Microsoft Office Word</Application>
  <DocSecurity>0</DocSecurity>
  <Lines>117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Corranga Pty Ltd</cp:lastModifiedBy>
  <cp:revision>6</cp:revision>
  <dcterms:created xsi:type="dcterms:W3CDTF">2013-12-23T23:15:00Z</dcterms:created>
  <dcterms:modified xsi:type="dcterms:W3CDTF">2026-07-07T22:35:00Z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0x01010086ED00B071A5694ABD36FCF13BB8B64A</vt:lpwstr>
  </property>
  <property fmtid="{D5CDD505-2E9C-101B-9397-08002B2CF9AE}" pid="3" name="GrammarlyDocumentId">
    <vt:lpwstr>a805088d-b7e7-493b-a7a1-a6af2a2d4035</vt:lpwstr>
  </property>
  <property fmtid="{D5CDD505-2E9C-101B-9397-08002B2CF9AE}" pid="4" name="MediaServiceImageTags">
    <vt:lpwstr/>
  </property>
</Properties>
</file>