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880"/>
        <w:gridCol w:w="6912"/>
      </w:tblGrid>
      <w:tr w:rsidR="009E391D" w14:paraId="42272D4C" w14:textId="77777777">
        <w:trPr>
          <w:jc w:val="center"/>
        </w:trPr>
        <w:tc>
          <w:tcPr>
            <w:tcW w:w="2880" w:type="dxa"/>
            <w:tcBorders>
              <w:top w:val="nil"/>
              <w:left w:val="nil"/>
              <w:bottom w:val="nil"/>
              <w:right w:val="nil"/>
            </w:tcBorders>
            <w:tcMar>
              <w:top w:w="0" w:type="dxa"/>
              <w:left w:w="0" w:type="dxa"/>
              <w:bottom w:w="0" w:type="dxa"/>
              <w:right w:w="0" w:type="dxa"/>
            </w:tcMar>
          </w:tcPr>
          <w:p w14:paraId="124CB9C4" w14:textId="77777777" w:rsidR="009E391D" w:rsidRDefault="00543DFD">
            <w:r>
              <w:rPr>
                <w:noProof/>
              </w:rPr>
              <w:drawing>
                <wp:inline distT="0" distB="0" distL="0" distR="0" wp14:anchorId="7E9ADB9E" wp14:editId="15E83E67">
                  <wp:extent cx="1508760" cy="6822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S_logo.png"/>
                          <pic:cNvPicPr/>
                        </pic:nvPicPr>
                        <pic:blipFill>
                          <a:blip r:embed="rId11"/>
                          <a:stretch>
                            <a:fillRect/>
                          </a:stretch>
                        </pic:blipFill>
                        <pic:spPr>
                          <a:xfrm>
                            <a:off x="0" y="0"/>
                            <a:ext cx="1508760" cy="682276"/>
                          </a:xfrm>
                          <a:prstGeom prst="rect">
                            <a:avLst/>
                          </a:prstGeom>
                        </pic:spPr>
                      </pic:pic>
                    </a:graphicData>
                  </a:graphic>
                </wp:inline>
              </w:drawing>
            </w:r>
          </w:p>
        </w:tc>
        <w:tc>
          <w:tcPr>
            <w:tcW w:w="6912" w:type="dxa"/>
            <w:tcBorders>
              <w:top w:val="nil"/>
              <w:left w:val="nil"/>
              <w:bottom w:val="nil"/>
              <w:right w:val="nil"/>
            </w:tcBorders>
            <w:tcMar>
              <w:top w:w="0" w:type="dxa"/>
              <w:left w:w="0" w:type="dxa"/>
              <w:bottom w:w="0" w:type="dxa"/>
              <w:right w:w="0" w:type="dxa"/>
            </w:tcMar>
          </w:tcPr>
          <w:p w14:paraId="247F492E" w14:textId="5D3E45E4" w:rsidR="009E391D" w:rsidRDefault="00543DFD">
            <w:pPr>
              <w:spacing w:after="0"/>
              <w:jc w:val="right"/>
            </w:pPr>
            <w:r>
              <w:rPr>
                <w:b/>
                <w:color w:val="005B8E"/>
                <w:sz w:val="34"/>
              </w:rPr>
              <w:t>ICSC INSTRUCTOR POOL</w:t>
            </w:r>
            <w:r>
              <w:rPr>
                <w:b/>
                <w:color w:val="17324D"/>
                <w:sz w:val="30"/>
              </w:rPr>
              <w:br/>
              <w:t>Expression of Interest</w:t>
            </w:r>
            <w:r>
              <w:rPr>
                <w:color w:val="666666"/>
                <w:sz w:val="18"/>
              </w:rPr>
              <w:br/>
              <w:t>International Certificate in Sports Chiropractic</w:t>
            </w:r>
            <w:r w:rsidR="005B03DA">
              <w:rPr>
                <w:color w:val="666666"/>
                <w:sz w:val="18"/>
              </w:rPr>
              <w:t xml:space="preserve"> (ICSC)</w:t>
            </w:r>
          </w:p>
        </w:tc>
      </w:tr>
    </w:tbl>
    <w:p w14:paraId="07CF5663" w14:textId="77777777" w:rsidR="00286000" w:rsidRDefault="00286000" w:rsidP="00286000">
      <w:pPr>
        <w:spacing w:after="80" w:line="360" w:lineRule="auto"/>
        <w:rPr>
          <w:b/>
          <w:color w:val="005B8E"/>
          <w:sz w:val="24"/>
          <w:szCs w:val="24"/>
        </w:rPr>
      </w:pPr>
    </w:p>
    <w:p w14:paraId="7401904D" w14:textId="40702FAD" w:rsidR="009E391D" w:rsidRDefault="00543DFD" w:rsidP="003C220D">
      <w:pPr>
        <w:spacing w:after="80" w:line="276" w:lineRule="auto"/>
        <w:rPr>
          <w:color w:val="17324D"/>
          <w:sz w:val="24"/>
          <w:szCs w:val="24"/>
        </w:rPr>
      </w:pPr>
      <w:r w:rsidRPr="00932E08">
        <w:rPr>
          <w:b/>
          <w:color w:val="1F497D" w:themeColor="text2"/>
          <w:sz w:val="24"/>
          <w:szCs w:val="24"/>
        </w:rPr>
        <w:t>Purpose</w:t>
      </w:r>
      <w:r w:rsidRPr="00286000">
        <w:rPr>
          <w:b/>
          <w:color w:val="005B8E"/>
          <w:sz w:val="24"/>
          <w:szCs w:val="24"/>
        </w:rPr>
        <w:t xml:space="preserve">. </w:t>
      </w:r>
      <w:r w:rsidRPr="00176C3F">
        <w:rPr>
          <w:color w:val="1F497D" w:themeColor="text2"/>
          <w:sz w:val="24"/>
          <w:szCs w:val="24"/>
        </w:rPr>
        <w:t>This form is used to assess expressions of interest from suitably qualified sports chiropractors who wish to join the FICS ICSC Instructor Pool.</w:t>
      </w:r>
      <w:r w:rsidR="003C220D" w:rsidRPr="00176C3F">
        <w:rPr>
          <w:color w:val="1F497D" w:themeColor="text2"/>
          <w:sz w:val="24"/>
          <w:szCs w:val="24"/>
        </w:rPr>
        <w:t xml:space="preserve"> The current Instructor Pool levels and progression pathway are available on the FICS website</w:t>
      </w:r>
      <w:r w:rsidR="003C220D" w:rsidRPr="00286000">
        <w:rPr>
          <w:color w:val="17324D"/>
          <w:sz w:val="24"/>
          <w:szCs w:val="24"/>
        </w:rPr>
        <w:t xml:space="preserve">: </w:t>
      </w:r>
      <w:hyperlink r:id="rId12" w:history="1">
        <w:proofErr w:type="spellStart"/>
        <w:r w:rsidR="003C220D" w:rsidRPr="003C220D">
          <w:rPr>
            <w:rStyle w:val="Hyperlink"/>
            <w:sz w:val="24"/>
            <w:szCs w:val="24"/>
          </w:rPr>
          <w:t>fics.sport</w:t>
        </w:r>
        <w:proofErr w:type="spellEnd"/>
        <w:r w:rsidR="003C220D" w:rsidRPr="003C220D">
          <w:rPr>
            <w:rStyle w:val="Hyperlink"/>
            <w:sz w:val="24"/>
            <w:szCs w:val="24"/>
          </w:rPr>
          <w:t>/</w:t>
        </w:r>
        <w:proofErr w:type="spellStart"/>
        <w:r w:rsidR="003C220D" w:rsidRPr="003C220D">
          <w:rPr>
            <w:rStyle w:val="Hyperlink"/>
            <w:sz w:val="24"/>
            <w:szCs w:val="24"/>
          </w:rPr>
          <w:t>icsc</w:t>
        </w:r>
        <w:proofErr w:type="spellEnd"/>
        <w:r w:rsidR="003C220D" w:rsidRPr="003C220D">
          <w:rPr>
            <w:rStyle w:val="Hyperlink"/>
            <w:sz w:val="24"/>
            <w:szCs w:val="24"/>
          </w:rPr>
          <w:t xml:space="preserve">-instructors/ </w:t>
        </w:r>
      </w:hyperlink>
    </w:p>
    <w:p w14:paraId="3AF1926F" w14:textId="77777777" w:rsidR="003C220D" w:rsidRPr="00286000" w:rsidRDefault="003C220D" w:rsidP="003C220D">
      <w:pPr>
        <w:spacing w:after="80" w:line="276" w:lineRule="auto"/>
        <w:rPr>
          <w:sz w:val="24"/>
          <w:szCs w:val="24"/>
        </w:rPr>
      </w:pPr>
    </w:p>
    <w:tbl>
      <w:tblPr>
        <w:tblW w:w="0" w:type="auto"/>
        <w:jc w:val="center"/>
        <w:tblLayout w:type="fixed"/>
        <w:tblLook w:val="04A0" w:firstRow="1" w:lastRow="0" w:firstColumn="1" w:lastColumn="0" w:noHBand="0" w:noVBand="1"/>
      </w:tblPr>
      <w:tblGrid>
        <w:gridCol w:w="10296"/>
      </w:tblGrid>
      <w:tr w:rsidR="009E391D" w:rsidRPr="00286000" w14:paraId="4365A922" w14:textId="77777777" w:rsidTr="003C220D">
        <w:trPr>
          <w:jc w:val="center"/>
        </w:trPr>
        <w:tc>
          <w:tcPr>
            <w:tcW w:w="10296" w:type="dxa"/>
            <w:tcBorders>
              <w:top w:val="single" w:sz="7" w:space="0" w:color="B7D3E3"/>
              <w:left w:val="single" w:sz="7" w:space="0" w:color="B7D3E3"/>
              <w:bottom w:val="single" w:sz="7" w:space="0" w:color="B7D3E3"/>
              <w:right w:val="single" w:sz="7" w:space="0" w:color="B7D3E3"/>
            </w:tcBorders>
            <w:shd w:val="clear" w:color="auto" w:fill="EAF3F8"/>
            <w:tcMar>
              <w:top w:w="90" w:type="dxa"/>
              <w:left w:w="130" w:type="dxa"/>
              <w:bottom w:w="90" w:type="dxa"/>
              <w:right w:w="130" w:type="dxa"/>
            </w:tcMar>
          </w:tcPr>
          <w:p w14:paraId="282BEEA2" w14:textId="77777777" w:rsidR="00DB7691" w:rsidRDefault="00286000" w:rsidP="003C220D">
            <w:pPr>
              <w:spacing w:after="0" w:line="276" w:lineRule="auto"/>
              <w:rPr>
                <w:color w:val="17324D"/>
                <w:sz w:val="24"/>
                <w:szCs w:val="24"/>
                <w:lang w:val="en-AU"/>
              </w:rPr>
            </w:pPr>
            <w:r w:rsidRPr="00286000">
              <w:rPr>
                <w:b/>
                <w:bCs/>
                <w:color w:val="17324D"/>
                <w:sz w:val="24"/>
                <w:szCs w:val="24"/>
                <w:lang w:val="en-AU"/>
              </w:rPr>
              <w:t>Important:</w:t>
            </w:r>
            <w:r w:rsidRPr="00286000">
              <w:rPr>
                <w:color w:val="17324D"/>
                <w:sz w:val="24"/>
                <w:szCs w:val="24"/>
                <w:lang w:val="en-AU"/>
              </w:rPr>
              <w:t xml:space="preserve"> Submission of this form does not guarantee appointment to the ICSC Instructor Pool or allocation to a seminar. FICS assesses all applicants against the same eligibility and experience requirements and determines the appropriate entry level, orientation, mentoring and supervised teaching pathway.</w:t>
            </w:r>
            <w:r w:rsidR="00932E08">
              <w:rPr>
                <w:color w:val="17324D"/>
                <w:sz w:val="24"/>
                <w:szCs w:val="24"/>
                <w:lang w:val="en-AU"/>
              </w:rPr>
              <w:t xml:space="preserve"> </w:t>
            </w:r>
          </w:p>
          <w:p w14:paraId="0195A425" w14:textId="77777777" w:rsidR="00DB7691" w:rsidRDefault="00DB7691" w:rsidP="003C220D">
            <w:pPr>
              <w:spacing w:after="0" w:line="276" w:lineRule="auto"/>
              <w:rPr>
                <w:color w:val="17324D"/>
                <w:sz w:val="24"/>
                <w:szCs w:val="24"/>
                <w:lang w:val="en-AU"/>
              </w:rPr>
            </w:pPr>
          </w:p>
          <w:p w14:paraId="7B09D60D" w14:textId="1A33494B" w:rsidR="009E391D" w:rsidRPr="00286000" w:rsidRDefault="00286000" w:rsidP="003C220D">
            <w:pPr>
              <w:spacing w:after="0" w:line="276" w:lineRule="auto"/>
              <w:rPr>
                <w:sz w:val="24"/>
                <w:szCs w:val="24"/>
              </w:rPr>
            </w:pPr>
            <w:r w:rsidRPr="00286000">
              <w:rPr>
                <w:color w:val="17324D"/>
                <w:sz w:val="24"/>
                <w:szCs w:val="24"/>
                <w:lang w:val="en-AU"/>
              </w:rPr>
              <w:t>Consideration is also given to the current composition of the Instructor Pool and regional needs. This helps FICS provide meaningful annual teaching opportunities and support instructors through a structured pathway towards Master Instructor status.</w:t>
            </w:r>
            <w:r w:rsidR="00DB7691">
              <w:rPr>
                <w:color w:val="17324D"/>
                <w:sz w:val="24"/>
                <w:szCs w:val="24"/>
                <w:lang w:val="en-AU"/>
              </w:rPr>
              <w:t xml:space="preserve"> </w:t>
            </w:r>
          </w:p>
        </w:tc>
      </w:tr>
    </w:tbl>
    <w:sdt>
      <w:sdtPr>
        <w:rPr>
          <w:lang w:val="en-GB"/>
        </w:rPr>
        <w:id w:val="-813572018"/>
        <w:docPartObj>
          <w:docPartGallery w:val="Table of Contents"/>
          <w:docPartUnique/>
        </w:docPartObj>
      </w:sdtPr>
      <w:sdtEndPr>
        <w:rPr>
          <w:rFonts w:ascii="Arial" w:eastAsia="Arial" w:hAnsi="Arial" w:cstheme="minorBidi"/>
          <w:color w:val="auto"/>
          <w:sz w:val="20"/>
          <w:szCs w:val="22"/>
        </w:rPr>
      </w:sdtEndPr>
      <w:sdtContent>
        <w:p w14:paraId="6150E8ED" w14:textId="14CF1763" w:rsidR="00AE0EEC" w:rsidRDefault="00AE0EEC">
          <w:pPr>
            <w:pStyle w:val="TOCHeading"/>
          </w:pPr>
          <w:r>
            <w:rPr>
              <w:lang w:val="en-GB"/>
            </w:rPr>
            <w:t>Contents</w:t>
          </w:r>
        </w:p>
        <w:p w14:paraId="00212F0B" w14:textId="0DED2009" w:rsidR="00017560" w:rsidRDefault="00AE0EEC">
          <w:pPr>
            <w:pStyle w:val="TOC1"/>
            <w:tabs>
              <w:tab w:val="right" w:leader="dot" w:pos="10358"/>
            </w:tabs>
            <w:rPr>
              <w:rFonts w:asciiTheme="minorHAnsi" w:eastAsiaTheme="minorEastAsia" w:hAnsiTheme="minorHAnsi"/>
              <w:noProof/>
              <w:kern w:val="2"/>
              <w:sz w:val="24"/>
              <w:szCs w:val="24"/>
              <w:lang w:val="en-AU" w:eastAsia="en-AU"/>
              <w14:ligatures w14:val="standardContextual"/>
            </w:rPr>
          </w:pPr>
          <w:r>
            <w:fldChar w:fldCharType="begin"/>
          </w:r>
          <w:r>
            <w:instrText xml:space="preserve"> TOC \o "1-3" \h \z \u </w:instrText>
          </w:r>
          <w:r>
            <w:fldChar w:fldCharType="separate"/>
          </w:r>
          <w:hyperlink w:anchor="_Toc238111976" w:history="1">
            <w:r w:rsidR="00017560" w:rsidRPr="00451E92">
              <w:rPr>
                <w:rStyle w:val="Hyperlink"/>
                <w:noProof/>
              </w:rPr>
              <w:t>Part 1 - Eligibility and professional standing</w:t>
            </w:r>
            <w:r w:rsidR="00017560">
              <w:rPr>
                <w:noProof/>
                <w:webHidden/>
              </w:rPr>
              <w:tab/>
            </w:r>
            <w:r w:rsidR="00017560">
              <w:rPr>
                <w:noProof/>
                <w:webHidden/>
              </w:rPr>
              <w:fldChar w:fldCharType="begin"/>
            </w:r>
            <w:r w:rsidR="00017560">
              <w:rPr>
                <w:noProof/>
                <w:webHidden/>
              </w:rPr>
              <w:instrText xml:space="preserve"> PAGEREF _Toc238111976 \h </w:instrText>
            </w:r>
            <w:r w:rsidR="00017560">
              <w:rPr>
                <w:noProof/>
                <w:webHidden/>
              </w:rPr>
            </w:r>
            <w:r w:rsidR="00017560">
              <w:rPr>
                <w:noProof/>
                <w:webHidden/>
              </w:rPr>
              <w:fldChar w:fldCharType="separate"/>
            </w:r>
            <w:r w:rsidR="00017560">
              <w:rPr>
                <w:noProof/>
                <w:webHidden/>
              </w:rPr>
              <w:t>3</w:t>
            </w:r>
            <w:r w:rsidR="00017560">
              <w:rPr>
                <w:noProof/>
                <w:webHidden/>
              </w:rPr>
              <w:fldChar w:fldCharType="end"/>
            </w:r>
          </w:hyperlink>
        </w:p>
        <w:p w14:paraId="14166FC6" w14:textId="67860E47" w:rsidR="00017560" w:rsidRDefault="00017560">
          <w:pPr>
            <w:pStyle w:val="TOC1"/>
            <w:tabs>
              <w:tab w:val="right" w:leader="dot" w:pos="10358"/>
            </w:tabs>
            <w:rPr>
              <w:rFonts w:asciiTheme="minorHAnsi" w:eastAsiaTheme="minorEastAsia" w:hAnsiTheme="minorHAnsi"/>
              <w:noProof/>
              <w:kern w:val="2"/>
              <w:sz w:val="24"/>
              <w:szCs w:val="24"/>
              <w:lang w:val="en-AU" w:eastAsia="en-AU"/>
              <w14:ligatures w14:val="standardContextual"/>
            </w:rPr>
          </w:pPr>
          <w:hyperlink w:anchor="_Toc238111977" w:history="1">
            <w:r w:rsidRPr="00451E92">
              <w:rPr>
                <w:rStyle w:val="Hyperlink"/>
                <w:noProof/>
              </w:rPr>
              <w:t>Part 2 - Adult Education and Teaching Experience</w:t>
            </w:r>
            <w:r>
              <w:rPr>
                <w:noProof/>
                <w:webHidden/>
              </w:rPr>
              <w:tab/>
            </w:r>
            <w:r>
              <w:rPr>
                <w:noProof/>
                <w:webHidden/>
              </w:rPr>
              <w:fldChar w:fldCharType="begin"/>
            </w:r>
            <w:r>
              <w:rPr>
                <w:noProof/>
                <w:webHidden/>
              </w:rPr>
              <w:instrText xml:space="preserve"> PAGEREF _Toc238111977 \h </w:instrText>
            </w:r>
            <w:r>
              <w:rPr>
                <w:noProof/>
                <w:webHidden/>
              </w:rPr>
            </w:r>
            <w:r>
              <w:rPr>
                <w:noProof/>
                <w:webHidden/>
              </w:rPr>
              <w:fldChar w:fldCharType="separate"/>
            </w:r>
            <w:r>
              <w:rPr>
                <w:noProof/>
                <w:webHidden/>
              </w:rPr>
              <w:t>3</w:t>
            </w:r>
            <w:r>
              <w:rPr>
                <w:noProof/>
                <w:webHidden/>
              </w:rPr>
              <w:fldChar w:fldCharType="end"/>
            </w:r>
          </w:hyperlink>
        </w:p>
        <w:p w14:paraId="3BCAA9F1" w14:textId="243F6397" w:rsidR="00017560" w:rsidRDefault="00017560">
          <w:pPr>
            <w:pStyle w:val="TOC1"/>
            <w:tabs>
              <w:tab w:val="right" w:leader="dot" w:pos="10358"/>
            </w:tabs>
            <w:rPr>
              <w:rFonts w:asciiTheme="minorHAnsi" w:eastAsiaTheme="minorEastAsia" w:hAnsiTheme="minorHAnsi"/>
              <w:noProof/>
              <w:kern w:val="2"/>
              <w:sz w:val="24"/>
              <w:szCs w:val="24"/>
              <w:lang w:val="en-AU" w:eastAsia="en-AU"/>
              <w14:ligatures w14:val="standardContextual"/>
            </w:rPr>
          </w:pPr>
          <w:hyperlink w:anchor="_Toc238111978" w:history="1">
            <w:r w:rsidRPr="00451E92">
              <w:rPr>
                <w:rStyle w:val="Hyperlink"/>
                <w:noProof/>
              </w:rPr>
              <w:t>Part 3 - FICS and Sports-Games Experience</w:t>
            </w:r>
            <w:r>
              <w:rPr>
                <w:noProof/>
                <w:webHidden/>
              </w:rPr>
              <w:tab/>
            </w:r>
            <w:r>
              <w:rPr>
                <w:noProof/>
                <w:webHidden/>
              </w:rPr>
              <w:fldChar w:fldCharType="begin"/>
            </w:r>
            <w:r>
              <w:rPr>
                <w:noProof/>
                <w:webHidden/>
              </w:rPr>
              <w:instrText xml:space="preserve"> PAGEREF _Toc238111978 \h </w:instrText>
            </w:r>
            <w:r>
              <w:rPr>
                <w:noProof/>
                <w:webHidden/>
              </w:rPr>
            </w:r>
            <w:r>
              <w:rPr>
                <w:noProof/>
                <w:webHidden/>
              </w:rPr>
              <w:fldChar w:fldCharType="separate"/>
            </w:r>
            <w:r>
              <w:rPr>
                <w:noProof/>
                <w:webHidden/>
              </w:rPr>
              <w:t>6</w:t>
            </w:r>
            <w:r>
              <w:rPr>
                <w:noProof/>
                <w:webHidden/>
              </w:rPr>
              <w:fldChar w:fldCharType="end"/>
            </w:r>
          </w:hyperlink>
        </w:p>
        <w:p w14:paraId="68E64E6F" w14:textId="58C65990" w:rsidR="00017560" w:rsidRDefault="00017560">
          <w:pPr>
            <w:pStyle w:val="TOC1"/>
            <w:tabs>
              <w:tab w:val="right" w:leader="dot" w:pos="10358"/>
            </w:tabs>
            <w:rPr>
              <w:rFonts w:asciiTheme="minorHAnsi" w:eastAsiaTheme="minorEastAsia" w:hAnsiTheme="minorHAnsi"/>
              <w:noProof/>
              <w:kern w:val="2"/>
              <w:sz w:val="24"/>
              <w:szCs w:val="24"/>
              <w:lang w:val="en-AU" w:eastAsia="en-AU"/>
              <w14:ligatures w14:val="standardContextual"/>
            </w:rPr>
          </w:pPr>
          <w:hyperlink w:anchor="_Toc238111979" w:history="1">
            <w:r w:rsidRPr="00451E92">
              <w:rPr>
                <w:rStyle w:val="Hyperlink"/>
                <w:noProof/>
              </w:rPr>
              <w:t>Part 4 - ICSC Strengths &amp; Travel Capability</w:t>
            </w:r>
            <w:r>
              <w:rPr>
                <w:noProof/>
                <w:webHidden/>
              </w:rPr>
              <w:tab/>
            </w:r>
            <w:r>
              <w:rPr>
                <w:noProof/>
                <w:webHidden/>
              </w:rPr>
              <w:fldChar w:fldCharType="begin"/>
            </w:r>
            <w:r>
              <w:rPr>
                <w:noProof/>
                <w:webHidden/>
              </w:rPr>
              <w:instrText xml:space="preserve"> PAGEREF _Toc238111979 \h </w:instrText>
            </w:r>
            <w:r>
              <w:rPr>
                <w:noProof/>
                <w:webHidden/>
              </w:rPr>
            </w:r>
            <w:r>
              <w:rPr>
                <w:noProof/>
                <w:webHidden/>
              </w:rPr>
              <w:fldChar w:fldCharType="separate"/>
            </w:r>
            <w:r>
              <w:rPr>
                <w:noProof/>
                <w:webHidden/>
              </w:rPr>
              <w:t>7</w:t>
            </w:r>
            <w:r>
              <w:rPr>
                <w:noProof/>
                <w:webHidden/>
              </w:rPr>
              <w:fldChar w:fldCharType="end"/>
            </w:r>
          </w:hyperlink>
        </w:p>
        <w:p w14:paraId="665BDA1B" w14:textId="1C3A0DC6" w:rsidR="00017560" w:rsidRDefault="00017560">
          <w:pPr>
            <w:pStyle w:val="TOC1"/>
            <w:tabs>
              <w:tab w:val="right" w:leader="dot" w:pos="10358"/>
            </w:tabs>
            <w:rPr>
              <w:rFonts w:asciiTheme="minorHAnsi" w:eastAsiaTheme="minorEastAsia" w:hAnsiTheme="minorHAnsi"/>
              <w:noProof/>
              <w:kern w:val="2"/>
              <w:sz w:val="24"/>
              <w:szCs w:val="24"/>
              <w:lang w:val="en-AU" w:eastAsia="en-AU"/>
              <w14:ligatures w14:val="standardContextual"/>
            </w:rPr>
          </w:pPr>
          <w:hyperlink w:anchor="_Toc238111980" w:history="1">
            <w:r w:rsidRPr="00451E92">
              <w:rPr>
                <w:rStyle w:val="Hyperlink"/>
                <w:noProof/>
              </w:rPr>
              <w:t>Part 5 - Motivation and Contribution</w:t>
            </w:r>
            <w:r>
              <w:rPr>
                <w:noProof/>
                <w:webHidden/>
              </w:rPr>
              <w:tab/>
            </w:r>
            <w:r>
              <w:rPr>
                <w:noProof/>
                <w:webHidden/>
              </w:rPr>
              <w:fldChar w:fldCharType="begin"/>
            </w:r>
            <w:r>
              <w:rPr>
                <w:noProof/>
                <w:webHidden/>
              </w:rPr>
              <w:instrText xml:space="preserve"> PAGEREF _Toc238111980 \h </w:instrText>
            </w:r>
            <w:r>
              <w:rPr>
                <w:noProof/>
                <w:webHidden/>
              </w:rPr>
            </w:r>
            <w:r>
              <w:rPr>
                <w:noProof/>
                <w:webHidden/>
              </w:rPr>
              <w:fldChar w:fldCharType="separate"/>
            </w:r>
            <w:r>
              <w:rPr>
                <w:noProof/>
                <w:webHidden/>
              </w:rPr>
              <w:t>9</w:t>
            </w:r>
            <w:r>
              <w:rPr>
                <w:noProof/>
                <w:webHidden/>
              </w:rPr>
              <w:fldChar w:fldCharType="end"/>
            </w:r>
          </w:hyperlink>
        </w:p>
        <w:p w14:paraId="6CCB1938" w14:textId="7FFB2F15" w:rsidR="00017560" w:rsidRDefault="00017560">
          <w:pPr>
            <w:pStyle w:val="TOC1"/>
            <w:tabs>
              <w:tab w:val="right" w:leader="dot" w:pos="10358"/>
            </w:tabs>
            <w:rPr>
              <w:rFonts w:asciiTheme="minorHAnsi" w:eastAsiaTheme="minorEastAsia" w:hAnsiTheme="minorHAnsi"/>
              <w:noProof/>
              <w:kern w:val="2"/>
              <w:sz w:val="24"/>
              <w:szCs w:val="24"/>
              <w:lang w:val="en-AU" w:eastAsia="en-AU"/>
              <w14:ligatures w14:val="standardContextual"/>
            </w:rPr>
          </w:pPr>
          <w:hyperlink w:anchor="_Toc238111981" w:history="1">
            <w:r w:rsidRPr="00451E92">
              <w:rPr>
                <w:rStyle w:val="Hyperlink"/>
                <w:noProof/>
              </w:rPr>
              <w:t>Part 6 - Applicant Declaration</w:t>
            </w:r>
            <w:r>
              <w:rPr>
                <w:noProof/>
                <w:webHidden/>
              </w:rPr>
              <w:tab/>
            </w:r>
            <w:r>
              <w:rPr>
                <w:noProof/>
                <w:webHidden/>
              </w:rPr>
              <w:fldChar w:fldCharType="begin"/>
            </w:r>
            <w:r>
              <w:rPr>
                <w:noProof/>
                <w:webHidden/>
              </w:rPr>
              <w:instrText xml:space="preserve"> PAGEREF _Toc238111981 \h </w:instrText>
            </w:r>
            <w:r>
              <w:rPr>
                <w:noProof/>
                <w:webHidden/>
              </w:rPr>
            </w:r>
            <w:r>
              <w:rPr>
                <w:noProof/>
                <w:webHidden/>
              </w:rPr>
              <w:fldChar w:fldCharType="separate"/>
            </w:r>
            <w:r>
              <w:rPr>
                <w:noProof/>
                <w:webHidden/>
              </w:rPr>
              <w:t>10</w:t>
            </w:r>
            <w:r>
              <w:rPr>
                <w:noProof/>
                <w:webHidden/>
              </w:rPr>
              <w:fldChar w:fldCharType="end"/>
            </w:r>
          </w:hyperlink>
        </w:p>
        <w:p w14:paraId="7804A81B" w14:textId="46936A43" w:rsidR="00AE0EEC" w:rsidRDefault="00AE0EEC">
          <w:r>
            <w:rPr>
              <w:b/>
              <w:bCs/>
              <w:lang w:val="en-GB"/>
            </w:rPr>
            <w:fldChar w:fldCharType="end"/>
          </w:r>
        </w:p>
      </w:sdtContent>
    </w:sdt>
    <w:p w14:paraId="49C897CD" w14:textId="77777777" w:rsidR="00AE0EEC" w:rsidRDefault="00AE0EEC" w:rsidP="003C220D">
      <w:pPr>
        <w:keepNext/>
        <w:spacing w:before="120" w:line="276" w:lineRule="auto"/>
        <w:rPr>
          <w:b/>
          <w:color w:val="17324D"/>
          <w:sz w:val="24"/>
          <w:szCs w:val="24"/>
        </w:rPr>
      </w:pPr>
    </w:p>
    <w:p w14:paraId="2E16534C" w14:textId="608B7FAE" w:rsidR="009E391D" w:rsidRPr="00286000" w:rsidRDefault="00543DFD" w:rsidP="003C220D">
      <w:pPr>
        <w:keepNext/>
        <w:spacing w:before="120" w:line="276" w:lineRule="auto"/>
        <w:rPr>
          <w:sz w:val="24"/>
          <w:szCs w:val="24"/>
        </w:rPr>
      </w:pPr>
      <w:r w:rsidRPr="00286000">
        <w:rPr>
          <w:b/>
          <w:color w:val="17324D"/>
          <w:sz w:val="24"/>
          <w:szCs w:val="24"/>
        </w:rPr>
        <w:t>Minimum requirements</w:t>
      </w:r>
    </w:p>
    <w:p w14:paraId="29864B33" w14:textId="06FBE618" w:rsidR="009E391D" w:rsidRPr="00176C3F" w:rsidRDefault="00543DFD" w:rsidP="003C220D">
      <w:pPr>
        <w:pStyle w:val="ListParagraph"/>
        <w:numPr>
          <w:ilvl w:val="0"/>
          <w:numId w:val="11"/>
        </w:numPr>
        <w:spacing w:after="0" w:line="276" w:lineRule="auto"/>
        <w:rPr>
          <w:color w:val="1F497D" w:themeColor="text2"/>
          <w:sz w:val="24"/>
          <w:szCs w:val="24"/>
        </w:rPr>
      </w:pPr>
      <w:r w:rsidRPr="00176C3F">
        <w:rPr>
          <w:color w:val="1F497D" w:themeColor="text2"/>
          <w:sz w:val="24"/>
          <w:szCs w:val="24"/>
        </w:rPr>
        <w:t>Current ICSC accreditation</w:t>
      </w:r>
    </w:p>
    <w:p w14:paraId="1FFFAD09" w14:textId="3B271CA5" w:rsidR="009E391D" w:rsidRPr="00176C3F" w:rsidRDefault="00543DFD" w:rsidP="003C220D">
      <w:pPr>
        <w:pStyle w:val="ListParagraph"/>
        <w:numPr>
          <w:ilvl w:val="0"/>
          <w:numId w:val="11"/>
        </w:numPr>
        <w:spacing w:after="0" w:line="276" w:lineRule="auto"/>
        <w:rPr>
          <w:color w:val="1F497D" w:themeColor="text2"/>
          <w:sz w:val="24"/>
          <w:szCs w:val="24"/>
        </w:rPr>
      </w:pPr>
      <w:r w:rsidRPr="00176C3F">
        <w:rPr>
          <w:color w:val="1F497D" w:themeColor="text2"/>
          <w:sz w:val="24"/>
          <w:szCs w:val="24"/>
        </w:rPr>
        <w:t xml:space="preserve">Current FICS membership through </w:t>
      </w:r>
      <w:r w:rsidR="00893135">
        <w:rPr>
          <w:color w:val="1F497D" w:themeColor="text2"/>
          <w:sz w:val="24"/>
          <w:szCs w:val="24"/>
        </w:rPr>
        <w:t>a</w:t>
      </w:r>
      <w:r w:rsidRPr="00176C3F">
        <w:rPr>
          <w:color w:val="1F497D" w:themeColor="text2"/>
          <w:sz w:val="24"/>
          <w:szCs w:val="24"/>
        </w:rPr>
        <w:t xml:space="preserve"> </w:t>
      </w:r>
      <w:r w:rsidR="00893135">
        <w:rPr>
          <w:color w:val="1F497D" w:themeColor="text2"/>
          <w:sz w:val="24"/>
          <w:szCs w:val="24"/>
        </w:rPr>
        <w:t>National Chiropractic Sports Council (</w:t>
      </w:r>
      <w:r w:rsidRPr="00176C3F">
        <w:rPr>
          <w:color w:val="1F497D" w:themeColor="text2"/>
          <w:sz w:val="24"/>
          <w:szCs w:val="24"/>
        </w:rPr>
        <w:t>NCSC</w:t>
      </w:r>
      <w:r w:rsidR="00893135">
        <w:rPr>
          <w:color w:val="1F497D" w:themeColor="text2"/>
          <w:sz w:val="24"/>
          <w:szCs w:val="24"/>
        </w:rPr>
        <w:t>)</w:t>
      </w:r>
      <w:r w:rsidRPr="00176C3F">
        <w:rPr>
          <w:color w:val="1F497D" w:themeColor="text2"/>
          <w:sz w:val="24"/>
          <w:szCs w:val="24"/>
        </w:rPr>
        <w:t xml:space="preserve"> or</w:t>
      </w:r>
      <w:r w:rsidR="00893135">
        <w:rPr>
          <w:color w:val="1F497D" w:themeColor="text2"/>
          <w:sz w:val="24"/>
          <w:szCs w:val="24"/>
        </w:rPr>
        <w:t xml:space="preserve"> Regional Chiropractic Sports Council (</w:t>
      </w:r>
      <w:r w:rsidRPr="00176C3F">
        <w:rPr>
          <w:color w:val="1F497D" w:themeColor="text2"/>
          <w:sz w:val="24"/>
          <w:szCs w:val="24"/>
        </w:rPr>
        <w:t xml:space="preserve"> RCSC</w:t>
      </w:r>
      <w:r w:rsidR="00893135">
        <w:rPr>
          <w:color w:val="1F497D" w:themeColor="text2"/>
          <w:sz w:val="24"/>
          <w:szCs w:val="24"/>
        </w:rPr>
        <w:t xml:space="preserve">) registered with FICS. Ref </w:t>
      </w:r>
      <w:hyperlink r:id="rId13" w:history="1">
        <w:r w:rsidR="003A46B9" w:rsidRPr="00304580">
          <w:rPr>
            <w:rStyle w:val="Hyperlink"/>
            <w:sz w:val="24"/>
            <w:szCs w:val="24"/>
          </w:rPr>
          <w:t>http://fics.sport</w:t>
        </w:r>
      </w:hyperlink>
      <w:r w:rsidR="0053371E">
        <w:rPr>
          <w:color w:val="1F497D" w:themeColor="text2"/>
          <w:sz w:val="24"/>
          <w:szCs w:val="24"/>
        </w:rPr>
        <w:t>.</w:t>
      </w:r>
      <w:r w:rsidR="003A46B9">
        <w:rPr>
          <w:color w:val="1F497D" w:themeColor="text2"/>
          <w:sz w:val="24"/>
          <w:szCs w:val="24"/>
        </w:rPr>
        <w:t xml:space="preserve"> Membership</w:t>
      </w:r>
      <w:r w:rsidR="00DB16C3">
        <w:rPr>
          <w:color w:val="1F497D" w:themeColor="text2"/>
          <w:sz w:val="24"/>
          <w:szCs w:val="24"/>
        </w:rPr>
        <w:t xml:space="preserve"> and select your region to view the </w:t>
      </w:r>
      <w:r w:rsidR="0026376E">
        <w:rPr>
          <w:color w:val="1F497D" w:themeColor="text2"/>
          <w:sz w:val="24"/>
          <w:szCs w:val="24"/>
        </w:rPr>
        <w:t>countries registered with FICS</w:t>
      </w:r>
    </w:p>
    <w:p w14:paraId="2E9DED04" w14:textId="506ADA88" w:rsidR="009E391D" w:rsidRPr="00176C3F" w:rsidRDefault="00543DFD" w:rsidP="003C220D">
      <w:pPr>
        <w:pStyle w:val="ListParagraph"/>
        <w:numPr>
          <w:ilvl w:val="0"/>
          <w:numId w:val="11"/>
        </w:numPr>
        <w:spacing w:after="0" w:line="276" w:lineRule="auto"/>
        <w:rPr>
          <w:color w:val="1F497D" w:themeColor="text2"/>
          <w:sz w:val="24"/>
          <w:szCs w:val="24"/>
        </w:rPr>
      </w:pPr>
      <w:r w:rsidRPr="00176C3F">
        <w:rPr>
          <w:color w:val="1F497D" w:themeColor="text2"/>
          <w:sz w:val="24"/>
          <w:szCs w:val="24"/>
        </w:rPr>
        <w:t>Current CV</w:t>
      </w:r>
      <w:r w:rsidR="00286000" w:rsidRPr="00176C3F">
        <w:rPr>
          <w:color w:val="1F497D" w:themeColor="text2"/>
          <w:sz w:val="24"/>
          <w:szCs w:val="24"/>
        </w:rPr>
        <w:t xml:space="preserve"> (within </w:t>
      </w:r>
      <w:r w:rsidR="005C51A5">
        <w:rPr>
          <w:color w:val="1F497D" w:themeColor="text2"/>
          <w:sz w:val="24"/>
          <w:szCs w:val="24"/>
        </w:rPr>
        <w:t xml:space="preserve">the </w:t>
      </w:r>
      <w:r w:rsidR="00286000" w:rsidRPr="00176C3F">
        <w:rPr>
          <w:color w:val="1F497D" w:themeColor="text2"/>
          <w:sz w:val="24"/>
          <w:szCs w:val="24"/>
        </w:rPr>
        <w:t>last 2 years)</w:t>
      </w:r>
    </w:p>
    <w:p w14:paraId="7B9A7583" w14:textId="75E14DB3" w:rsidR="009E391D" w:rsidRPr="00176C3F" w:rsidRDefault="00543DFD" w:rsidP="003C220D">
      <w:pPr>
        <w:pStyle w:val="ListParagraph"/>
        <w:numPr>
          <w:ilvl w:val="0"/>
          <w:numId w:val="11"/>
        </w:numPr>
        <w:spacing w:after="0" w:line="276" w:lineRule="auto"/>
        <w:rPr>
          <w:color w:val="1F497D" w:themeColor="text2"/>
          <w:sz w:val="24"/>
          <w:szCs w:val="24"/>
        </w:rPr>
      </w:pPr>
      <w:r w:rsidRPr="00176C3F">
        <w:rPr>
          <w:color w:val="1F497D" w:themeColor="text2"/>
          <w:sz w:val="24"/>
          <w:szCs w:val="24"/>
        </w:rPr>
        <w:t>Relevant adult education, short-course or practical teaching experience</w:t>
      </w:r>
    </w:p>
    <w:p w14:paraId="1D4B0425" w14:textId="77777777" w:rsidR="00DB7691" w:rsidRPr="00DB7691" w:rsidRDefault="00543DFD" w:rsidP="003C220D">
      <w:pPr>
        <w:pStyle w:val="ListParagraph"/>
        <w:numPr>
          <w:ilvl w:val="0"/>
          <w:numId w:val="11"/>
        </w:numPr>
        <w:spacing w:after="0" w:line="276" w:lineRule="auto"/>
        <w:rPr>
          <w:sz w:val="24"/>
          <w:szCs w:val="24"/>
        </w:rPr>
      </w:pPr>
      <w:r w:rsidRPr="00176C3F">
        <w:rPr>
          <w:color w:val="1F497D" w:themeColor="text2"/>
          <w:sz w:val="24"/>
          <w:szCs w:val="24"/>
        </w:rPr>
        <w:t>Willingness to complete FICS orientation, mentoring and evaluation requirements</w:t>
      </w:r>
    </w:p>
    <w:p w14:paraId="66FFDA41" w14:textId="77777777" w:rsidR="00DB7691" w:rsidRDefault="00DB7691" w:rsidP="00DB7691">
      <w:pPr>
        <w:spacing w:after="0" w:line="276" w:lineRule="auto"/>
        <w:rPr>
          <w:color w:val="17324D"/>
          <w:sz w:val="24"/>
          <w:szCs w:val="24"/>
        </w:rPr>
      </w:pPr>
    </w:p>
    <w:p w14:paraId="389955E5" w14:textId="77777777" w:rsidR="00DB7691" w:rsidRDefault="00DB7691" w:rsidP="00DB7691">
      <w:pPr>
        <w:spacing w:after="0" w:line="276" w:lineRule="auto"/>
        <w:rPr>
          <w:color w:val="17324D"/>
          <w:sz w:val="24"/>
          <w:szCs w:val="24"/>
        </w:rPr>
      </w:pPr>
    </w:p>
    <w:p w14:paraId="6F9B123B" w14:textId="0064DDB0" w:rsidR="009E391D" w:rsidRPr="00DB7691" w:rsidRDefault="00286000" w:rsidP="00DB7691">
      <w:pPr>
        <w:spacing w:after="0" w:line="276" w:lineRule="auto"/>
        <w:rPr>
          <w:sz w:val="24"/>
          <w:szCs w:val="24"/>
        </w:rPr>
      </w:pPr>
      <w:r w:rsidRPr="00DB7691">
        <w:rPr>
          <w:color w:val="17324D"/>
          <w:sz w:val="24"/>
          <w:szCs w:val="24"/>
        </w:rPr>
        <w:br/>
      </w:r>
    </w:p>
    <w:p w14:paraId="19359A9F" w14:textId="77777777" w:rsidR="00DB7691" w:rsidRDefault="00DB7691" w:rsidP="00DB7691">
      <w:pPr>
        <w:pStyle w:val="Heading1"/>
        <w:spacing w:before="0"/>
      </w:pPr>
      <w:r>
        <w:lastRenderedPageBreak/>
        <w:t xml:space="preserve">Part 1 - </w:t>
      </w:r>
      <w:r w:rsidRPr="005B03DA">
        <w:t>Eligibility and professional standing</w:t>
      </w:r>
    </w:p>
    <w:p w14:paraId="2B175427" w14:textId="100058D6" w:rsidR="009E391D" w:rsidRPr="00DB7691" w:rsidRDefault="00543DFD" w:rsidP="00DB7691">
      <w:pPr>
        <w:keepNext/>
        <w:spacing w:before="120" w:line="276" w:lineRule="auto"/>
        <w:rPr>
          <w:sz w:val="24"/>
          <w:szCs w:val="24"/>
        </w:rPr>
      </w:pPr>
      <w:r w:rsidRPr="00DB7691">
        <w:rPr>
          <w:b/>
          <w:color w:val="17324D"/>
          <w:sz w:val="24"/>
          <w:szCs w:val="24"/>
        </w:rPr>
        <w:t>Applicant details</w:t>
      </w:r>
    </w:p>
    <w:tbl>
      <w:tblPr>
        <w:tblW w:w="0" w:type="auto"/>
        <w:jc w:val="center"/>
        <w:tblLayout w:type="fixed"/>
        <w:tblLook w:val="04A0" w:firstRow="1" w:lastRow="0" w:firstColumn="1" w:lastColumn="0" w:noHBand="0" w:noVBand="1"/>
      </w:tblPr>
      <w:tblGrid>
        <w:gridCol w:w="2239"/>
        <w:gridCol w:w="2959"/>
        <w:gridCol w:w="1949"/>
        <w:gridCol w:w="3085"/>
      </w:tblGrid>
      <w:tr w:rsidR="009E391D" w:rsidRPr="00286000" w14:paraId="4C3BB8FD" w14:textId="77777777" w:rsidTr="0026376E">
        <w:trPr>
          <w:trHeight w:val="429"/>
          <w:jc w:val="center"/>
        </w:trPr>
        <w:tc>
          <w:tcPr>
            <w:tcW w:w="223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3904133E" w14:textId="77777777" w:rsidR="009E391D" w:rsidRPr="00286000" w:rsidRDefault="00543DFD" w:rsidP="003C220D">
            <w:pPr>
              <w:spacing w:after="0" w:line="276" w:lineRule="auto"/>
              <w:rPr>
                <w:sz w:val="24"/>
                <w:szCs w:val="24"/>
              </w:rPr>
            </w:pPr>
            <w:r w:rsidRPr="00286000">
              <w:rPr>
                <w:b/>
                <w:color w:val="17324D"/>
                <w:sz w:val="24"/>
                <w:szCs w:val="24"/>
              </w:rPr>
              <w:t>Full name</w:t>
            </w:r>
          </w:p>
        </w:tc>
        <w:tc>
          <w:tcPr>
            <w:tcW w:w="2959"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6C62F867" w14:textId="2D6E093B" w:rsidR="003C220D" w:rsidRPr="00286000" w:rsidRDefault="003C220D" w:rsidP="003C220D">
            <w:pPr>
              <w:spacing w:after="0" w:line="276" w:lineRule="auto"/>
              <w:rPr>
                <w:sz w:val="24"/>
                <w:szCs w:val="24"/>
              </w:rPr>
            </w:pPr>
          </w:p>
        </w:tc>
        <w:tc>
          <w:tcPr>
            <w:tcW w:w="194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2BE0812E" w14:textId="6B9C97EA" w:rsidR="009E391D" w:rsidRPr="00286000" w:rsidRDefault="00932E08" w:rsidP="003C220D">
            <w:pPr>
              <w:spacing w:after="0" w:line="276" w:lineRule="auto"/>
              <w:rPr>
                <w:sz w:val="24"/>
                <w:szCs w:val="24"/>
              </w:rPr>
            </w:pPr>
            <w:r>
              <w:rPr>
                <w:b/>
                <w:color w:val="17324D"/>
                <w:sz w:val="24"/>
                <w:szCs w:val="24"/>
              </w:rPr>
              <w:t>City</w:t>
            </w:r>
          </w:p>
        </w:tc>
        <w:tc>
          <w:tcPr>
            <w:tcW w:w="3085"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5EC87BA1" w14:textId="46879124" w:rsidR="009E391D" w:rsidRPr="00286000" w:rsidRDefault="009E391D" w:rsidP="003C220D">
            <w:pPr>
              <w:spacing w:after="0" w:line="276" w:lineRule="auto"/>
              <w:rPr>
                <w:sz w:val="24"/>
                <w:szCs w:val="24"/>
              </w:rPr>
            </w:pPr>
          </w:p>
        </w:tc>
      </w:tr>
      <w:tr w:rsidR="009E391D" w:rsidRPr="00286000" w14:paraId="47860737" w14:textId="77777777" w:rsidTr="0026376E">
        <w:trPr>
          <w:trHeight w:val="429"/>
          <w:jc w:val="center"/>
        </w:trPr>
        <w:tc>
          <w:tcPr>
            <w:tcW w:w="223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2A349229" w14:textId="5D540FB3" w:rsidR="009E391D" w:rsidRPr="00286000" w:rsidRDefault="00543DFD" w:rsidP="003C220D">
            <w:pPr>
              <w:spacing w:after="0" w:line="276" w:lineRule="auto"/>
              <w:rPr>
                <w:sz w:val="24"/>
                <w:szCs w:val="24"/>
              </w:rPr>
            </w:pPr>
            <w:r w:rsidRPr="00286000">
              <w:rPr>
                <w:b/>
                <w:color w:val="17324D"/>
                <w:sz w:val="24"/>
                <w:szCs w:val="24"/>
              </w:rPr>
              <w:t xml:space="preserve">Preferred </w:t>
            </w:r>
            <w:r w:rsidR="00932E08">
              <w:rPr>
                <w:b/>
                <w:color w:val="17324D"/>
                <w:sz w:val="24"/>
                <w:szCs w:val="24"/>
              </w:rPr>
              <w:t>name</w:t>
            </w:r>
          </w:p>
        </w:tc>
        <w:tc>
          <w:tcPr>
            <w:tcW w:w="2959"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3DD7F6FA" w14:textId="7164FA3E" w:rsidR="003C220D" w:rsidRPr="00286000" w:rsidRDefault="003C220D" w:rsidP="003C220D">
            <w:pPr>
              <w:spacing w:after="0" w:line="276" w:lineRule="auto"/>
              <w:rPr>
                <w:sz w:val="24"/>
                <w:szCs w:val="24"/>
              </w:rPr>
            </w:pPr>
          </w:p>
        </w:tc>
        <w:tc>
          <w:tcPr>
            <w:tcW w:w="194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212AA49F" w14:textId="2368B4F8" w:rsidR="009E391D" w:rsidRPr="00286000" w:rsidRDefault="00932E08" w:rsidP="003C220D">
            <w:pPr>
              <w:spacing w:after="0" w:line="276" w:lineRule="auto"/>
              <w:rPr>
                <w:sz w:val="24"/>
                <w:szCs w:val="24"/>
              </w:rPr>
            </w:pPr>
            <w:r>
              <w:rPr>
                <w:b/>
                <w:color w:val="17324D"/>
                <w:sz w:val="24"/>
                <w:szCs w:val="24"/>
              </w:rPr>
              <w:t>Country</w:t>
            </w:r>
          </w:p>
        </w:tc>
        <w:tc>
          <w:tcPr>
            <w:tcW w:w="3085"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7BFA2C65" w14:textId="59D7F236" w:rsidR="009E391D" w:rsidRPr="00286000" w:rsidRDefault="009E391D" w:rsidP="003C220D">
            <w:pPr>
              <w:spacing w:after="0" w:line="276" w:lineRule="auto"/>
              <w:rPr>
                <w:sz w:val="24"/>
                <w:szCs w:val="24"/>
              </w:rPr>
            </w:pPr>
          </w:p>
        </w:tc>
      </w:tr>
      <w:tr w:rsidR="009E391D" w:rsidRPr="00286000" w14:paraId="3CCFCFB9" w14:textId="77777777" w:rsidTr="0026376E">
        <w:trPr>
          <w:trHeight w:val="409"/>
          <w:jc w:val="center"/>
        </w:trPr>
        <w:tc>
          <w:tcPr>
            <w:tcW w:w="223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7BCFB1CD" w14:textId="77777777" w:rsidR="009E391D" w:rsidRPr="00286000" w:rsidRDefault="00543DFD" w:rsidP="003C220D">
            <w:pPr>
              <w:spacing w:after="0" w:line="276" w:lineRule="auto"/>
              <w:rPr>
                <w:sz w:val="24"/>
                <w:szCs w:val="24"/>
              </w:rPr>
            </w:pPr>
            <w:r w:rsidRPr="00286000">
              <w:rPr>
                <w:b/>
                <w:color w:val="17324D"/>
                <w:sz w:val="24"/>
                <w:szCs w:val="24"/>
              </w:rPr>
              <w:t>Email</w:t>
            </w:r>
          </w:p>
        </w:tc>
        <w:tc>
          <w:tcPr>
            <w:tcW w:w="2959"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69E50A18" w14:textId="49E1063F" w:rsidR="00932E08" w:rsidRPr="00286000" w:rsidRDefault="00932E08" w:rsidP="003C220D">
            <w:pPr>
              <w:spacing w:after="0" w:line="276" w:lineRule="auto"/>
              <w:rPr>
                <w:sz w:val="24"/>
                <w:szCs w:val="24"/>
              </w:rPr>
            </w:pPr>
          </w:p>
        </w:tc>
        <w:tc>
          <w:tcPr>
            <w:tcW w:w="194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12C1280B" w14:textId="76C05923" w:rsidR="009E391D" w:rsidRPr="00286000" w:rsidRDefault="00932E08" w:rsidP="003C220D">
            <w:pPr>
              <w:spacing w:after="0" w:line="276" w:lineRule="auto"/>
              <w:rPr>
                <w:sz w:val="24"/>
                <w:szCs w:val="24"/>
              </w:rPr>
            </w:pPr>
            <w:r w:rsidRPr="00286000">
              <w:rPr>
                <w:b/>
                <w:color w:val="17324D"/>
                <w:sz w:val="24"/>
                <w:szCs w:val="24"/>
              </w:rPr>
              <w:t>Time zone</w:t>
            </w:r>
          </w:p>
        </w:tc>
        <w:tc>
          <w:tcPr>
            <w:tcW w:w="3085"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1729E200" w14:textId="4C73DD2E" w:rsidR="009E391D" w:rsidRPr="00286000" w:rsidRDefault="009E391D" w:rsidP="003C220D">
            <w:pPr>
              <w:spacing w:after="0" w:line="276" w:lineRule="auto"/>
              <w:rPr>
                <w:sz w:val="24"/>
                <w:szCs w:val="24"/>
              </w:rPr>
            </w:pPr>
          </w:p>
        </w:tc>
      </w:tr>
      <w:tr w:rsidR="009E391D" w:rsidRPr="00286000" w14:paraId="638A9E24" w14:textId="77777777" w:rsidTr="0026376E">
        <w:trPr>
          <w:trHeight w:val="839"/>
          <w:jc w:val="center"/>
        </w:trPr>
        <w:tc>
          <w:tcPr>
            <w:tcW w:w="223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0B60CF1E" w14:textId="2CA79D81" w:rsidR="009E391D" w:rsidRPr="00286000" w:rsidRDefault="00932E08" w:rsidP="003C220D">
            <w:pPr>
              <w:spacing w:after="0" w:line="276" w:lineRule="auto"/>
              <w:rPr>
                <w:sz w:val="24"/>
                <w:szCs w:val="24"/>
              </w:rPr>
            </w:pPr>
            <w:r w:rsidRPr="00286000">
              <w:rPr>
                <w:b/>
                <w:color w:val="17324D"/>
                <w:sz w:val="24"/>
                <w:szCs w:val="24"/>
              </w:rPr>
              <w:t>Mobile / WhatsApp</w:t>
            </w:r>
          </w:p>
        </w:tc>
        <w:tc>
          <w:tcPr>
            <w:tcW w:w="2959"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1BF65C63" w14:textId="40B0D479" w:rsidR="003C220D" w:rsidRPr="00286000" w:rsidRDefault="003C220D" w:rsidP="003C220D">
            <w:pPr>
              <w:spacing w:after="0" w:line="276" w:lineRule="auto"/>
              <w:rPr>
                <w:sz w:val="24"/>
                <w:szCs w:val="24"/>
              </w:rPr>
            </w:pPr>
          </w:p>
        </w:tc>
        <w:tc>
          <w:tcPr>
            <w:tcW w:w="194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5542F511" w14:textId="77777777" w:rsidR="009E391D" w:rsidRPr="00286000" w:rsidRDefault="00543DFD" w:rsidP="003C220D">
            <w:pPr>
              <w:spacing w:after="0" w:line="276" w:lineRule="auto"/>
              <w:rPr>
                <w:sz w:val="24"/>
                <w:szCs w:val="24"/>
              </w:rPr>
            </w:pPr>
            <w:r w:rsidRPr="00286000">
              <w:rPr>
                <w:b/>
                <w:color w:val="17324D"/>
                <w:sz w:val="24"/>
                <w:szCs w:val="24"/>
              </w:rPr>
              <w:t>Home airport</w:t>
            </w:r>
          </w:p>
        </w:tc>
        <w:tc>
          <w:tcPr>
            <w:tcW w:w="3085"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04C06260" w14:textId="13F90634" w:rsidR="009E391D" w:rsidRPr="00286000" w:rsidRDefault="009E391D" w:rsidP="003C220D">
            <w:pPr>
              <w:spacing w:after="0" w:line="276" w:lineRule="auto"/>
              <w:rPr>
                <w:sz w:val="24"/>
                <w:szCs w:val="24"/>
              </w:rPr>
            </w:pPr>
          </w:p>
        </w:tc>
      </w:tr>
      <w:tr w:rsidR="009E391D" w:rsidRPr="00286000" w14:paraId="5C5DCE0F" w14:textId="77777777" w:rsidTr="0026376E">
        <w:trPr>
          <w:trHeight w:val="839"/>
          <w:jc w:val="center"/>
        </w:trPr>
        <w:tc>
          <w:tcPr>
            <w:tcW w:w="223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57E1BDCB" w14:textId="192D95B3" w:rsidR="009E391D" w:rsidRPr="00286000" w:rsidRDefault="00932E08" w:rsidP="003C220D">
            <w:pPr>
              <w:spacing w:after="0" w:line="276" w:lineRule="auto"/>
              <w:rPr>
                <w:sz w:val="24"/>
                <w:szCs w:val="24"/>
              </w:rPr>
            </w:pPr>
            <w:r>
              <w:rPr>
                <w:b/>
                <w:color w:val="17324D"/>
                <w:sz w:val="24"/>
                <w:szCs w:val="24"/>
              </w:rPr>
              <w:t xml:space="preserve">Main </w:t>
            </w:r>
            <w:r w:rsidR="00543DFD" w:rsidRPr="00286000">
              <w:rPr>
                <w:b/>
                <w:color w:val="17324D"/>
                <w:sz w:val="24"/>
                <w:szCs w:val="24"/>
              </w:rPr>
              <w:t>language</w:t>
            </w:r>
            <w:r>
              <w:rPr>
                <w:b/>
                <w:color w:val="17324D"/>
                <w:sz w:val="24"/>
                <w:szCs w:val="24"/>
              </w:rPr>
              <w:t xml:space="preserve"> spoken</w:t>
            </w:r>
          </w:p>
        </w:tc>
        <w:tc>
          <w:tcPr>
            <w:tcW w:w="2959"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0A3AF21C" w14:textId="600E3595" w:rsidR="003C220D" w:rsidRPr="00286000" w:rsidRDefault="003C220D" w:rsidP="003C220D">
            <w:pPr>
              <w:spacing w:after="0" w:line="276" w:lineRule="auto"/>
              <w:rPr>
                <w:sz w:val="24"/>
                <w:szCs w:val="24"/>
              </w:rPr>
            </w:pPr>
          </w:p>
        </w:tc>
        <w:tc>
          <w:tcPr>
            <w:tcW w:w="1949" w:type="dxa"/>
            <w:tcBorders>
              <w:top w:val="single" w:sz="6" w:space="0" w:color="C9D6DF"/>
              <w:left w:val="single" w:sz="6" w:space="0" w:color="C9D6DF"/>
              <w:bottom w:val="single" w:sz="6" w:space="0" w:color="C9D6DF"/>
              <w:right w:val="single" w:sz="6" w:space="0" w:color="C9D6DF"/>
            </w:tcBorders>
            <w:shd w:val="clear" w:color="auto" w:fill="F5F7F9"/>
            <w:tcMar>
              <w:top w:w="65" w:type="dxa"/>
              <w:left w:w="85" w:type="dxa"/>
              <w:bottom w:w="65" w:type="dxa"/>
              <w:right w:w="85" w:type="dxa"/>
            </w:tcMar>
            <w:vAlign w:val="center"/>
          </w:tcPr>
          <w:p w14:paraId="1266DC17" w14:textId="77777777" w:rsidR="009E391D" w:rsidRPr="00286000" w:rsidRDefault="00543DFD" w:rsidP="003C220D">
            <w:pPr>
              <w:spacing w:after="0" w:line="276" w:lineRule="auto"/>
              <w:rPr>
                <w:sz w:val="24"/>
                <w:szCs w:val="24"/>
              </w:rPr>
            </w:pPr>
            <w:r w:rsidRPr="00286000">
              <w:rPr>
                <w:b/>
                <w:color w:val="17324D"/>
                <w:sz w:val="24"/>
                <w:szCs w:val="24"/>
              </w:rPr>
              <w:t>Other languages</w:t>
            </w:r>
          </w:p>
        </w:tc>
        <w:tc>
          <w:tcPr>
            <w:tcW w:w="3085" w:type="dxa"/>
            <w:tcBorders>
              <w:top w:val="single" w:sz="6" w:space="0" w:color="C9D6DF"/>
              <w:left w:val="single" w:sz="6" w:space="0" w:color="C9D6DF"/>
              <w:bottom w:val="single" w:sz="6" w:space="0" w:color="C9D6DF"/>
              <w:right w:val="single" w:sz="6" w:space="0" w:color="C9D6DF"/>
            </w:tcBorders>
            <w:shd w:val="clear" w:color="auto" w:fill="FFFFFF"/>
            <w:tcMar>
              <w:top w:w="65" w:type="dxa"/>
              <w:left w:w="85" w:type="dxa"/>
              <w:bottom w:w="65" w:type="dxa"/>
              <w:right w:w="85" w:type="dxa"/>
            </w:tcMar>
            <w:vAlign w:val="center"/>
          </w:tcPr>
          <w:p w14:paraId="0F160F83" w14:textId="4D7E1F5E" w:rsidR="003C220D" w:rsidRPr="00286000" w:rsidRDefault="003C220D" w:rsidP="003C220D">
            <w:pPr>
              <w:spacing w:after="0" w:line="276" w:lineRule="auto"/>
              <w:rPr>
                <w:sz w:val="24"/>
                <w:szCs w:val="24"/>
              </w:rPr>
            </w:pPr>
          </w:p>
        </w:tc>
      </w:tr>
    </w:tbl>
    <w:p w14:paraId="4B70F5E8" w14:textId="77777777" w:rsidR="00AE0EEC" w:rsidRPr="00AE0EEC" w:rsidRDefault="00AE0EEC" w:rsidP="00AE0EEC"/>
    <w:p w14:paraId="20CF1D03" w14:textId="19EEB2AB" w:rsidR="005B03DA" w:rsidRPr="0053371E" w:rsidRDefault="005B03DA" w:rsidP="0053371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r w:rsidRPr="0053371E">
        <w:rPr>
          <w:iCs/>
          <w:color w:val="000000" w:themeColor="text1"/>
          <w:sz w:val="24"/>
          <w:szCs w:val="24"/>
        </w:rPr>
        <w:t>Holding the current</w:t>
      </w:r>
      <w:r w:rsidRPr="0053371E">
        <w:rPr>
          <w:b/>
          <w:bCs/>
          <w:iCs/>
          <w:color w:val="000000" w:themeColor="text1"/>
          <w:sz w:val="24"/>
          <w:szCs w:val="24"/>
        </w:rPr>
        <w:t xml:space="preserve"> FICS ICSC is essential </w:t>
      </w:r>
      <w:r w:rsidRPr="0053371E">
        <w:rPr>
          <w:iCs/>
          <w:color w:val="000000" w:themeColor="text1"/>
          <w:sz w:val="24"/>
          <w:szCs w:val="24"/>
        </w:rPr>
        <w:t>because instructors are responsible for teaching and assessing the content, standards and practical skills within this accreditation. Instructors must understand the complete program, model its professional expectations and confidently answer participants’ questions about both the curriculum content and the FICS event pathway.</w:t>
      </w:r>
    </w:p>
    <w:p w14:paraId="0BE80BC0" w14:textId="77777777" w:rsidR="005B03DA" w:rsidRPr="0053371E" w:rsidRDefault="005B03DA" w:rsidP="0053371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p>
    <w:p w14:paraId="4498ADD8" w14:textId="29A6F76B" w:rsidR="005B03DA" w:rsidRDefault="005B03DA" w:rsidP="0053371E">
      <w:pPr>
        <w:pBdr>
          <w:top w:val="single" w:sz="4" w:space="1" w:color="auto"/>
          <w:left w:val="single" w:sz="4" w:space="4" w:color="auto"/>
          <w:bottom w:val="single" w:sz="4" w:space="1" w:color="auto"/>
          <w:right w:val="single" w:sz="4" w:space="4" w:color="auto"/>
        </w:pBdr>
        <w:shd w:val="clear" w:color="auto" w:fill="E6F3FF"/>
        <w:spacing w:after="0" w:line="276" w:lineRule="auto"/>
        <w:rPr>
          <w:sz w:val="24"/>
          <w:szCs w:val="24"/>
          <w:lang w:val="en-AU"/>
        </w:rPr>
      </w:pPr>
      <w:r w:rsidRPr="0053371E">
        <w:rPr>
          <w:iCs/>
          <w:color w:val="000000" w:themeColor="text1"/>
          <w:sz w:val="24"/>
          <w:szCs w:val="24"/>
        </w:rPr>
        <w:t xml:space="preserve">Applicants who hold the former FICS </w:t>
      </w:r>
      <w:r w:rsidR="004A1F2E" w:rsidRPr="0053371E">
        <w:rPr>
          <w:iCs/>
          <w:color w:val="000000" w:themeColor="text1"/>
          <w:sz w:val="24"/>
          <w:szCs w:val="24"/>
        </w:rPr>
        <w:t xml:space="preserve">accreditation </w:t>
      </w:r>
      <w:r w:rsidR="004A1F2E" w:rsidRPr="00DB7691">
        <w:rPr>
          <w:b/>
          <w:bCs/>
          <w:iCs/>
          <w:color w:val="000000" w:themeColor="text1"/>
          <w:sz w:val="24"/>
          <w:szCs w:val="24"/>
        </w:rPr>
        <w:t>(</w:t>
      </w:r>
      <w:r w:rsidRPr="00DB7691">
        <w:rPr>
          <w:b/>
          <w:bCs/>
          <w:iCs/>
          <w:color w:val="000000" w:themeColor="text1"/>
          <w:sz w:val="24"/>
          <w:szCs w:val="24"/>
        </w:rPr>
        <w:t>ICCSP or ICCSD</w:t>
      </w:r>
      <w:r w:rsidR="004A1F2E" w:rsidRPr="00DB7691">
        <w:rPr>
          <w:b/>
          <w:bCs/>
          <w:iCs/>
          <w:color w:val="000000" w:themeColor="text1"/>
          <w:sz w:val="24"/>
          <w:szCs w:val="24"/>
        </w:rPr>
        <w:t>)</w:t>
      </w:r>
      <w:r w:rsidRPr="0053371E">
        <w:rPr>
          <w:iCs/>
          <w:color w:val="000000" w:themeColor="text1"/>
          <w:sz w:val="24"/>
          <w:szCs w:val="24"/>
        </w:rPr>
        <w:t xml:space="preserve"> qualification </w:t>
      </w:r>
      <w:r w:rsidRPr="00DB7691">
        <w:rPr>
          <w:b/>
          <w:bCs/>
          <w:iCs/>
          <w:color w:val="000000" w:themeColor="text1"/>
          <w:sz w:val="24"/>
          <w:szCs w:val="24"/>
        </w:rPr>
        <w:t xml:space="preserve">must first </w:t>
      </w:r>
      <w:r w:rsidR="0061557A">
        <w:rPr>
          <w:b/>
          <w:bCs/>
          <w:iCs/>
          <w:color w:val="000000" w:themeColor="text1"/>
          <w:sz w:val="24"/>
          <w:szCs w:val="24"/>
        </w:rPr>
        <w:t>u</w:t>
      </w:r>
      <w:r w:rsidRPr="00DB7691">
        <w:rPr>
          <w:b/>
          <w:bCs/>
          <w:iCs/>
          <w:color w:val="000000" w:themeColor="text1"/>
          <w:sz w:val="24"/>
          <w:szCs w:val="24"/>
        </w:rPr>
        <w:t xml:space="preserve">pdate to the current ICSC. </w:t>
      </w:r>
      <w:r w:rsidRPr="0053371E">
        <w:rPr>
          <w:iCs/>
          <w:color w:val="000000" w:themeColor="text1"/>
          <w:sz w:val="24"/>
          <w:szCs w:val="24"/>
        </w:rPr>
        <w:t>A range of Fast Track pathways is available, depending on when the</w:t>
      </w:r>
      <w:r w:rsidR="0053371E">
        <w:rPr>
          <w:iCs/>
          <w:color w:val="000000" w:themeColor="text1"/>
          <w:sz w:val="24"/>
          <w:szCs w:val="24"/>
        </w:rPr>
        <w:t xml:space="preserve"> </w:t>
      </w:r>
      <w:r w:rsidRPr="0053371E">
        <w:rPr>
          <w:iCs/>
          <w:color w:val="000000" w:themeColor="text1"/>
          <w:sz w:val="24"/>
          <w:szCs w:val="24"/>
        </w:rPr>
        <w:t xml:space="preserve">qualification was completed and the applicant’s recent professional experience. </w:t>
      </w:r>
      <w:r w:rsidR="005C51A5" w:rsidRPr="0053371E">
        <w:rPr>
          <w:iCs/>
          <w:color w:val="000000" w:themeColor="text1"/>
          <w:sz w:val="24"/>
          <w:szCs w:val="24"/>
        </w:rPr>
        <w:t xml:space="preserve"> </w:t>
      </w:r>
      <w:r w:rsidRPr="0053371E">
        <w:rPr>
          <w:iCs/>
          <w:color w:val="000000" w:themeColor="text1"/>
          <w:sz w:val="24"/>
          <w:szCs w:val="24"/>
        </w:rPr>
        <w:t xml:space="preserve">Full pathway </w:t>
      </w:r>
      <w:r w:rsidR="0061557A">
        <w:rPr>
          <w:iCs/>
          <w:color w:val="000000" w:themeColor="text1"/>
          <w:sz w:val="24"/>
          <w:szCs w:val="24"/>
        </w:rPr>
        <w:t>i</w:t>
      </w:r>
      <w:r w:rsidRPr="0053371E">
        <w:rPr>
          <w:iCs/>
          <w:color w:val="000000" w:themeColor="text1"/>
          <w:sz w:val="24"/>
          <w:szCs w:val="24"/>
        </w:rPr>
        <w:t xml:space="preserve">nformation is available on the FICS website. </w:t>
      </w:r>
      <w:r w:rsidR="00AE01EE" w:rsidRPr="0053371E">
        <w:rPr>
          <w:iCs/>
          <w:color w:val="000000" w:themeColor="text1"/>
          <w:sz w:val="24"/>
          <w:szCs w:val="24"/>
          <w:lang w:val="en-AU"/>
        </w:rPr>
        <w:t xml:space="preserve">Ref </w:t>
      </w:r>
      <w:r w:rsidRPr="0053371E">
        <w:rPr>
          <w:iCs/>
          <w:color w:val="000000" w:themeColor="text1"/>
          <w:sz w:val="24"/>
          <w:szCs w:val="24"/>
          <w:lang w:val="en-AU"/>
        </w:rPr>
        <w:t>Pathway 3:</w:t>
      </w:r>
      <w:r w:rsidRPr="005C51A5">
        <w:rPr>
          <w:color w:val="1F497D" w:themeColor="text2"/>
          <w:sz w:val="24"/>
          <w:szCs w:val="24"/>
          <w:lang w:val="en-AU"/>
        </w:rPr>
        <w:t xml:space="preserve"> </w:t>
      </w:r>
      <w:hyperlink r:id="rId14" w:history="1">
        <w:r w:rsidRPr="005C51A5">
          <w:rPr>
            <w:rStyle w:val="Hyperlink"/>
            <w:sz w:val="24"/>
            <w:szCs w:val="24"/>
            <w:lang w:val="en-AU"/>
          </w:rPr>
          <w:t>https://fics.sport/education/</w:t>
        </w:r>
      </w:hyperlink>
      <w:r w:rsidRPr="005C51A5">
        <w:rPr>
          <w:sz w:val="24"/>
          <w:szCs w:val="24"/>
          <w:lang w:val="en-AU"/>
        </w:rPr>
        <w:t xml:space="preserve"> </w:t>
      </w:r>
    </w:p>
    <w:p w14:paraId="38EEC5CD" w14:textId="77777777" w:rsidR="0053371E" w:rsidRPr="005B03DA" w:rsidRDefault="0053371E" w:rsidP="0053371E">
      <w:pPr>
        <w:pBdr>
          <w:top w:val="single" w:sz="4" w:space="1" w:color="auto"/>
          <w:left w:val="single" w:sz="4" w:space="4" w:color="auto"/>
          <w:bottom w:val="single" w:sz="4" w:space="1" w:color="auto"/>
          <w:right w:val="single" w:sz="4" w:space="4" w:color="auto"/>
        </w:pBdr>
        <w:shd w:val="clear" w:color="auto" w:fill="E6F3FF"/>
        <w:spacing w:after="0" w:line="276" w:lineRule="auto"/>
        <w:rPr>
          <w:b/>
          <w:bCs/>
          <w:sz w:val="24"/>
          <w:szCs w:val="24"/>
          <w:lang w:val="en-AU"/>
        </w:rPr>
      </w:pPr>
    </w:p>
    <w:p w14:paraId="692991B2" w14:textId="77777777" w:rsidR="005B03DA" w:rsidRPr="005B03DA" w:rsidRDefault="005B03DA" w:rsidP="003C220D">
      <w:pPr>
        <w:pStyle w:val="ListParagraph"/>
        <w:keepNext/>
        <w:spacing w:before="120" w:line="276" w:lineRule="auto"/>
        <w:rPr>
          <w:sz w:val="24"/>
          <w:szCs w:val="24"/>
        </w:rPr>
      </w:pPr>
    </w:p>
    <w:tbl>
      <w:tblPr>
        <w:tblW w:w="0" w:type="auto"/>
        <w:jc w:val="center"/>
        <w:tblLayout w:type="fixed"/>
        <w:tblLook w:val="04A0" w:firstRow="1" w:lastRow="0" w:firstColumn="1" w:lastColumn="0" w:noHBand="0" w:noVBand="1"/>
      </w:tblPr>
      <w:tblGrid>
        <w:gridCol w:w="3742"/>
        <w:gridCol w:w="6696"/>
      </w:tblGrid>
      <w:tr w:rsidR="009E391D" w:rsidRPr="00286000" w14:paraId="7946C918" w14:textId="77777777" w:rsidTr="003C220D">
        <w:trPr>
          <w:jc w:val="center"/>
        </w:trPr>
        <w:tc>
          <w:tcPr>
            <w:tcW w:w="3742"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27DB467A" w14:textId="77777777" w:rsidR="009E391D" w:rsidRPr="00286000" w:rsidRDefault="00543DFD" w:rsidP="003C220D">
            <w:pPr>
              <w:spacing w:after="0" w:line="276" w:lineRule="auto"/>
              <w:rPr>
                <w:sz w:val="24"/>
                <w:szCs w:val="24"/>
              </w:rPr>
            </w:pPr>
            <w:r w:rsidRPr="00286000">
              <w:rPr>
                <w:b/>
                <w:color w:val="17324D"/>
                <w:sz w:val="24"/>
                <w:szCs w:val="24"/>
              </w:rPr>
              <w:t>Current ICSC</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4AD47167" w14:textId="61C9E5B4" w:rsidR="009E391D" w:rsidRDefault="00932E08" w:rsidP="003C220D">
            <w:pPr>
              <w:spacing w:after="0" w:line="276" w:lineRule="auto"/>
              <w:rPr>
                <w:i/>
                <w:color w:val="666666"/>
                <w:sz w:val="24"/>
                <w:szCs w:val="24"/>
              </w:rPr>
            </w:pPr>
            <w:r>
              <w:rPr>
                <w:i/>
                <w:color w:val="666666"/>
                <w:sz w:val="24"/>
                <w:szCs w:val="24"/>
              </w:rPr>
              <w:t xml:space="preserve">Number: </w:t>
            </w:r>
          </w:p>
          <w:p w14:paraId="158ECC3C" w14:textId="77777777" w:rsidR="00DB7691" w:rsidRDefault="00DB7691" w:rsidP="003C220D">
            <w:pPr>
              <w:spacing w:after="0" w:line="276" w:lineRule="auto"/>
              <w:rPr>
                <w:i/>
                <w:color w:val="666666"/>
                <w:sz w:val="24"/>
                <w:szCs w:val="24"/>
              </w:rPr>
            </w:pPr>
          </w:p>
          <w:p w14:paraId="222B7C28" w14:textId="197E0F2C" w:rsidR="00932E08" w:rsidRPr="00286000" w:rsidRDefault="00932E08" w:rsidP="003C220D">
            <w:pPr>
              <w:spacing w:after="0" w:line="276" w:lineRule="auto"/>
              <w:rPr>
                <w:sz w:val="24"/>
                <w:szCs w:val="24"/>
              </w:rPr>
            </w:pPr>
            <w:r>
              <w:rPr>
                <w:i/>
                <w:color w:val="666666"/>
                <w:sz w:val="24"/>
                <w:szCs w:val="24"/>
              </w:rPr>
              <w:t>Year complete:</w:t>
            </w:r>
          </w:p>
        </w:tc>
      </w:tr>
      <w:tr w:rsidR="009E391D" w:rsidRPr="00286000" w14:paraId="14CA9F65" w14:textId="77777777" w:rsidTr="003C220D">
        <w:trPr>
          <w:jc w:val="center"/>
        </w:trPr>
        <w:tc>
          <w:tcPr>
            <w:tcW w:w="3742"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2B9D9142" w14:textId="77777777" w:rsidR="009E391D" w:rsidRPr="00286000" w:rsidRDefault="00543DFD" w:rsidP="003C220D">
            <w:pPr>
              <w:spacing w:after="0" w:line="276" w:lineRule="auto"/>
              <w:rPr>
                <w:sz w:val="24"/>
                <w:szCs w:val="24"/>
              </w:rPr>
            </w:pPr>
            <w:r w:rsidRPr="00286000">
              <w:rPr>
                <w:b/>
                <w:color w:val="17324D"/>
                <w:sz w:val="24"/>
                <w:szCs w:val="24"/>
              </w:rPr>
              <w:t>Current FICS membership</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5B33AA1E" w14:textId="77777777" w:rsidR="0053371E" w:rsidRDefault="0053371E" w:rsidP="0053371E">
            <w:pPr>
              <w:spacing w:after="0" w:line="276" w:lineRule="auto"/>
              <w:rPr>
                <w:i/>
                <w:color w:val="666666"/>
                <w:sz w:val="24"/>
                <w:szCs w:val="24"/>
              </w:rPr>
            </w:pPr>
            <w:r>
              <w:rPr>
                <w:i/>
                <w:color w:val="666666"/>
                <w:sz w:val="24"/>
                <w:szCs w:val="24"/>
              </w:rPr>
              <w:t>Name of your NCSC/RCSC</w:t>
            </w:r>
          </w:p>
          <w:p w14:paraId="1CC8F19B" w14:textId="77777777" w:rsidR="0053371E" w:rsidRDefault="0053371E" w:rsidP="0053371E">
            <w:pPr>
              <w:spacing w:after="0" w:line="276" w:lineRule="auto"/>
              <w:rPr>
                <w:i/>
                <w:color w:val="666666"/>
                <w:sz w:val="24"/>
                <w:szCs w:val="24"/>
              </w:rPr>
            </w:pPr>
          </w:p>
          <w:p w14:paraId="56DA6E69" w14:textId="079A88EF" w:rsidR="0053371E" w:rsidRPr="00795532" w:rsidRDefault="0053371E" w:rsidP="0053371E">
            <w:pPr>
              <w:spacing w:after="0" w:line="276" w:lineRule="auto"/>
              <w:rPr>
                <w:iCs/>
                <w:sz w:val="24"/>
                <w:szCs w:val="24"/>
              </w:rPr>
            </w:pPr>
          </w:p>
        </w:tc>
      </w:tr>
      <w:tr w:rsidR="009E391D" w:rsidRPr="00286000" w14:paraId="0267FC0B" w14:textId="77777777" w:rsidTr="003C220D">
        <w:trPr>
          <w:jc w:val="center"/>
        </w:trPr>
        <w:tc>
          <w:tcPr>
            <w:tcW w:w="3742"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C5192B9" w14:textId="525AD0FC" w:rsidR="009E391D" w:rsidRPr="00286000" w:rsidRDefault="00543DFD" w:rsidP="003C220D">
            <w:pPr>
              <w:spacing w:after="0" w:line="276" w:lineRule="auto"/>
              <w:rPr>
                <w:sz w:val="24"/>
                <w:szCs w:val="24"/>
              </w:rPr>
            </w:pPr>
            <w:r w:rsidRPr="00286000">
              <w:rPr>
                <w:b/>
                <w:color w:val="17324D"/>
                <w:sz w:val="24"/>
                <w:szCs w:val="24"/>
              </w:rPr>
              <w:t xml:space="preserve">Chiropractic </w:t>
            </w:r>
            <w:r w:rsidR="004A1F2E">
              <w:rPr>
                <w:b/>
                <w:color w:val="17324D"/>
                <w:sz w:val="24"/>
                <w:szCs w:val="24"/>
              </w:rPr>
              <w:t xml:space="preserve">degree, </w:t>
            </w:r>
            <w:r w:rsidR="0053371E">
              <w:rPr>
                <w:b/>
                <w:color w:val="17324D"/>
                <w:sz w:val="24"/>
                <w:szCs w:val="24"/>
              </w:rPr>
              <w:t>U</w:t>
            </w:r>
            <w:r w:rsidR="004A1F2E">
              <w:rPr>
                <w:b/>
                <w:color w:val="17324D"/>
                <w:sz w:val="24"/>
                <w:szCs w:val="24"/>
              </w:rPr>
              <w:t>niversity</w:t>
            </w:r>
            <w:r w:rsidR="0053371E">
              <w:rPr>
                <w:b/>
                <w:color w:val="17324D"/>
                <w:sz w:val="24"/>
                <w:szCs w:val="24"/>
              </w:rPr>
              <w:t xml:space="preserve"> Name</w:t>
            </w:r>
            <w:r w:rsidR="004A1F2E">
              <w:rPr>
                <w:b/>
                <w:color w:val="17324D"/>
                <w:sz w:val="24"/>
                <w:szCs w:val="24"/>
              </w:rPr>
              <w:t>,</w:t>
            </w:r>
            <w:r w:rsidR="00286000">
              <w:rPr>
                <w:b/>
                <w:color w:val="17324D"/>
                <w:sz w:val="24"/>
                <w:szCs w:val="24"/>
              </w:rPr>
              <w:t xml:space="preserve"> </w:t>
            </w:r>
            <w:r w:rsidR="001729C3">
              <w:rPr>
                <w:b/>
                <w:color w:val="17324D"/>
                <w:sz w:val="24"/>
                <w:szCs w:val="24"/>
              </w:rPr>
              <w:t>&amp;</w:t>
            </w:r>
            <w:r w:rsidR="00286000">
              <w:rPr>
                <w:b/>
                <w:color w:val="17324D"/>
                <w:sz w:val="24"/>
                <w:szCs w:val="24"/>
              </w:rPr>
              <w:t xml:space="preserve"> </w:t>
            </w:r>
            <w:r w:rsidR="0053371E">
              <w:rPr>
                <w:b/>
                <w:color w:val="17324D"/>
                <w:sz w:val="24"/>
                <w:szCs w:val="24"/>
              </w:rPr>
              <w:br/>
            </w:r>
            <w:r w:rsidR="00286000">
              <w:rPr>
                <w:b/>
                <w:color w:val="17324D"/>
                <w:sz w:val="24"/>
                <w:szCs w:val="24"/>
              </w:rPr>
              <w:t xml:space="preserve">year of graduation </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0194649B" w14:textId="77777777" w:rsidR="00795532" w:rsidRDefault="00795532" w:rsidP="003C220D">
            <w:pPr>
              <w:spacing w:after="0" w:line="276" w:lineRule="auto"/>
              <w:rPr>
                <w:sz w:val="24"/>
                <w:szCs w:val="24"/>
              </w:rPr>
            </w:pPr>
          </w:p>
          <w:p w14:paraId="31106C79" w14:textId="77777777" w:rsidR="00DB7691" w:rsidRDefault="00DB7691" w:rsidP="003C220D">
            <w:pPr>
              <w:spacing w:after="0" w:line="276" w:lineRule="auto"/>
              <w:rPr>
                <w:sz w:val="24"/>
                <w:szCs w:val="24"/>
              </w:rPr>
            </w:pPr>
          </w:p>
          <w:p w14:paraId="4779386A" w14:textId="77777777" w:rsidR="00DB7691" w:rsidRDefault="00DB7691" w:rsidP="003C220D">
            <w:pPr>
              <w:spacing w:after="0" w:line="276" w:lineRule="auto"/>
              <w:rPr>
                <w:sz w:val="24"/>
                <w:szCs w:val="24"/>
              </w:rPr>
            </w:pPr>
          </w:p>
          <w:p w14:paraId="1FC8EB8C" w14:textId="77777777" w:rsidR="00DB7691" w:rsidRDefault="00DB7691" w:rsidP="003C220D">
            <w:pPr>
              <w:spacing w:after="0" w:line="276" w:lineRule="auto"/>
              <w:rPr>
                <w:sz w:val="24"/>
                <w:szCs w:val="24"/>
              </w:rPr>
            </w:pPr>
          </w:p>
          <w:p w14:paraId="2076A36B" w14:textId="112042C4" w:rsidR="00DB7691" w:rsidRPr="00286000" w:rsidRDefault="00DB7691" w:rsidP="003C220D">
            <w:pPr>
              <w:spacing w:after="0" w:line="276" w:lineRule="auto"/>
              <w:rPr>
                <w:sz w:val="24"/>
                <w:szCs w:val="24"/>
              </w:rPr>
            </w:pPr>
          </w:p>
        </w:tc>
      </w:tr>
    </w:tbl>
    <w:p w14:paraId="0209456D" w14:textId="77777777" w:rsidR="00286000" w:rsidRDefault="00286000" w:rsidP="003C220D">
      <w:pPr>
        <w:spacing w:after="0" w:line="276" w:lineRule="auto"/>
        <w:rPr>
          <w:b/>
          <w:color w:val="17324D"/>
          <w:sz w:val="24"/>
          <w:szCs w:val="24"/>
        </w:rPr>
      </w:pPr>
    </w:p>
    <w:p w14:paraId="58A99091" w14:textId="010740E4" w:rsidR="00DB7691" w:rsidRDefault="00DB7691" w:rsidP="00AE0EEC">
      <w:pPr>
        <w:pStyle w:val="Heading1"/>
        <w:spacing w:before="0"/>
      </w:pPr>
      <w:bookmarkStart w:id="0" w:name="_Toc238111977"/>
      <w:r>
        <w:br w:type="page"/>
      </w:r>
    </w:p>
    <w:p w14:paraId="0D1159EF" w14:textId="74220869" w:rsidR="0026376E" w:rsidRPr="00AE0EEC" w:rsidRDefault="00AE0EEC" w:rsidP="00AE0EEC">
      <w:pPr>
        <w:pStyle w:val="Heading1"/>
        <w:spacing w:before="0"/>
        <w:rPr>
          <w:color w:val="17324D"/>
          <w:sz w:val="24"/>
          <w:szCs w:val="24"/>
        </w:rPr>
      </w:pPr>
      <w:r w:rsidRPr="00AE0EEC">
        <w:lastRenderedPageBreak/>
        <w:t xml:space="preserve">Part </w:t>
      </w:r>
      <w:r>
        <w:t>2</w:t>
      </w:r>
      <w:r w:rsidRPr="00AE0EEC">
        <w:t xml:space="preserve"> - </w:t>
      </w:r>
      <w:r w:rsidR="00543DFD" w:rsidRPr="00AE0EEC">
        <w:t xml:space="preserve">Adult </w:t>
      </w:r>
      <w:r>
        <w:t>E</w:t>
      </w:r>
      <w:r w:rsidR="00543DFD" w:rsidRPr="00AE0EEC">
        <w:t xml:space="preserve">ducation and </w:t>
      </w:r>
      <w:r>
        <w:t>T</w:t>
      </w:r>
      <w:r w:rsidR="00543DFD" w:rsidRPr="00AE0EEC">
        <w:t xml:space="preserve">eaching </w:t>
      </w:r>
      <w:r>
        <w:t>E</w:t>
      </w:r>
      <w:r w:rsidR="00543DFD" w:rsidRPr="00AE0EEC">
        <w:t>xperience</w:t>
      </w:r>
      <w:bookmarkEnd w:id="0"/>
      <w:r w:rsidR="0026376E" w:rsidRPr="00AE0EEC">
        <w:rPr>
          <w:color w:val="17324D"/>
          <w:sz w:val="24"/>
          <w:szCs w:val="24"/>
        </w:rPr>
        <w:br/>
      </w:r>
    </w:p>
    <w:p w14:paraId="63CF8A77" w14:textId="77777777" w:rsidR="001729C3" w:rsidRDefault="005B03DA"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r w:rsidRPr="0026376E">
        <w:rPr>
          <w:iCs/>
          <w:color w:val="000000" w:themeColor="text1"/>
          <w:sz w:val="24"/>
          <w:szCs w:val="24"/>
        </w:rPr>
        <w:t xml:space="preserve">This information helps FICS assess whether an applicant is suited to delivering intensive, hands-on weekend seminars in an international learning environment. </w:t>
      </w:r>
    </w:p>
    <w:p w14:paraId="10E4B297" w14:textId="77777777" w:rsidR="001729C3" w:rsidRDefault="001729C3"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p>
    <w:p w14:paraId="7A401028" w14:textId="77777777" w:rsidR="00DB7691" w:rsidRDefault="005B03DA"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r w:rsidRPr="0026376E">
        <w:rPr>
          <w:iCs/>
          <w:color w:val="000000" w:themeColor="text1"/>
          <w:sz w:val="24"/>
          <w:szCs w:val="24"/>
        </w:rPr>
        <w:t xml:space="preserve">It considers your ability to communicate respectfully with chiropractors from varied professional and cultural backgrounds, adapt explanations for participants with different levels of English </w:t>
      </w:r>
    </w:p>
    <w:p w14:paraId="2FB6BB8A" w14:textId="06B8CE4A" w:rsidR="0026376E" w:rsidRDefault="00DB7691"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r>
        <w:rPr>
          <w:iCs/>
          <w:color w:val="000000" w:themeColor="text1"/>
          <w:sz w:val="24"/>
          <w:szCs w:val="24"/>
        </w:rPr>
        <w:t>p</w:t>
      </w:r>
      <w:r w:rsidR="005B03DA" w:rsidRPr="0026376E">
        <w:rPr>
          <w:iCs/>
          <w:color w:val="000000" w:themeColor="text1"/>
          <w:sz w:val="24"/>
          <w:szCs w:val="24"/>
        </w:rPr>
        <w:t>roficiency, and teach through clear demonstration, guided practice and constructive feedback rather than relying primarily on slides.</w:t>
      </w:r>
      <w:r w:rsidR="003C220D" w:rsidRPr="0026376E">
        <w:rPr>
          <w:iCs/>
          <w:color w:val="000000" w:themeColor="text1"/>
          <w:sz w:val="24"/>
          <w:szCs w:val="24"/>
        </w:rPr>
        <w:t xml:space="preserve"> </w:t>
      </w:r>
      <w:r w:rsidR="0026376E" w:rsidRPr="0026376E">
        <w:rPr>
          <w:iCs/>
          <w:color w:val="000000" w:themeColor="text1"/>
          <w:sz w:val="24"/>
          <w:szCs w:val="24"/>
        </w:rPr>
        <w:t xml:space="preserve"> </w:t>
      </w:r>
    </w:p>
    <w:p w14:paraId="53C6E211" w14:textId="77777777" w:rsidR="0026376E" w:rsidRDefault="0026376E"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p>
    <w:p w14:paraId="68BCADF2" w14:textId="77777777" w:rsidR="00DB7691" w:rsidRDefault="005B03DA"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r w:rsidRPr="0026376E">
        <w:rPr>
          <w:iCs/>
          <w:color w:val="000000" w:themeColor="text1"/>
          <w:sz w:val="24"/>
          <w:szCs w:val="24"/>
        </w:rPr>
        <w:t xml:space="preserve">Experience teaching short courses outside a university setting, particularly to international groups </w:t>
      </w:r>
    </w:p>
    <w:p w14:paraId="557BB859" w14:textId="0E07A53C" w:rsidR="005B03DA" w:rsidRDefault="00022F30" w:rsidP="0026376E">
      <w:pPr>
        <w:pBdr>
          <w:top w:val="single" w:sz="4" w:space="1" w:color="auto"/>
          <w:left w:val="single" w:sz="4" w:space="4" w:color="auto"/>
          <w:bottom w:val="single" w:sz="4" w:space="1" w:color="auto"/>
          <w:right w:val="single" w:sz="4" w:space="4" w:color="auto"/>
        </w:pBdr>
        <w:shd w:val="clear" w:color="auto" w:fill="EAF3F8"/>
        <w:spacing w:after="0" w:line="276" w:lineRule="auto"/>
        <w:rPr>
          <w:iCs/>
          <w:color w:val="000000" w:themeColor="text1"/>
          <w:sz w:val="24"/>
          <w:szCs w:val="24"/>
        </w:rPr>
      </w:pPr>
      <w:r>
        <w:rPr>
          <w:iCs/>
          <w:color w:val="000000" w:themeColor="text1"/>
          <w:sz w:val="24"/>
          <w:szCs w:val="24"/>
        </w:rPr>
        <w:t>o</w:t>
      </w:r>
      <w:r w:rsidR="005B03DA" w:rsidRPr="0026376E">
        <w:rPr>
          <w:iCs/>
          <w:color w:val="000000" w:themeColor="text1"/>
          <w:sz w:val="24"/>
          <w:szCs w:val="24"/>
        </w:rPr>
        <w:t>r participants for whom English is a second language, is highly desirable.</w:t>
      </w:r>
    </w:p>
    <w:p w14:paraId="24BAF105" w14:textId="77777777" w:rsidR="0026376E" w:rsidRPr="0026376E" w:rsidRDefault="0026376E" w:rsidP="0026376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p>
    <w:p w14:paraId="60BDE0BB" w14:textId="57FBC6D8" w:rsidR="001729C3" w:rsidRDefault="005B03DA" w:rsidP="001729C3">
      <w:pPr>
        <w:spacing w:after="0" w:line="276" w:lineRule="auto"/>
        <w:rPr>
          <w:i/>
          <w:color w:val="888888"/>
          <w:sz w:val="24"/>
          <w:szCs w:val="24"/>
        </w:rPr>
      </w:pPr>
      <w:r>
        <w:rPr>
          <w:iCs/>
          <w:color w:val="000000" w:themeColor="text1"/>
          <w:sz w:val="24"/>
          <w:szCs w:val="24"/>
        </w:rPr>
        <w:br/>
      </w:r>
      <w:r w:rsidR="00543DFD" w:rsidRPr="00286000">
        <w:rPr>
          <w:b/>
          <w:color w:val="17324D"/>
          <w:sz w:val="24"/>
          <w:szCs w:val="24"/>
        </w:rPr>
        <w:t>Formal teaching, adult education or assessment qualifications</w:t>
      </w:r>
      <w:r w:rsidR="00286000">
        <w:rPr>
          <w:b/>
          <w:color w:val="17324D"/>
          <w:sz w:val="24"/>
          <w:szCs w:val="24"/>
        </w:rPr>
        <w:t xml:space="preserve"> where you </w:t>
      </w:r>
      <w:r w:rsidR="003348DC">
        <w:rPr>
          <w:b/>
          <w:color w:val="17324D"/>
          <w:sz w:val="24"/>
          <w:szCs w:val="24"/>
        </w:rPr>
        <w:t xml:space="preserve">have been </w:t>
      </w:r>
      <w:r w:rsidR="00286000">
        <w:rPr>
          <w:b/>
          <w:color w:val="17324D"/>
          <w:sz w:val="24"/>
          <w:szCs w:val="24"/>
        </w:rPr>
        <w:t>teaching chiropractic techniques</w:t>
      </w:r>
      <w:r w:rsidR="001729C3">
        <w:rPr>
          <w:b/>
          <w:color w:val="17324D"/>
          <w:sz w:val="24"/>
          <w:szCs w:val="24"/>
        </w:rPr>
        <w:t xml:space="preserve">: </w:t>
      </w:r>
      <w:r w:rsidR="001729C3" w:rsidRPr="00286000">
        <w:rPr>
          <w:i/>
          <w:color w:val="888888"/>
          <w:sz w:val="24"/>
          <w:szCs w:val="24"/>
        </w:rPr>
        <w:t xml:space="preserve">List </w:t>
      </w:r>
      <w:r w:rsidR="003348DC">
        <w:rPr>
          <w:i/>
          <w:color w:val="888888"/>
          <w:sz w:val="24"/>
          <w:szCs w:val="24"/>
        </w:rPr>
        <w:t xml:space="preserve">any formal </w:t>
      </w:r>
      <w:r w:rsidR="001729C3" w:rsidRPr="00286000">
        <w:rPr>
          <w:i/>
          <w:color w:val="888888"/>
          <w:sz w:val="24"/>
          <w:szCs w:val="24"/>
        </w:rPr>
        <w:t>qualification, issuing organisation and year.</w:t>
      </w:r>
      <w:r w:rsidR="001729C3">
        <w:rPr>
          <w:i/>
          <w:color w:val="888888"/>
          <w:sz w:val="24"/>
          <w:szCs w:val="24"/>
        </w:rPr>
        <w:t xml:space="preserve"> </w:t>
      </w:r>
      <w:r w:rsidR="001729C3" w:rsidRPr="00286000">
        <w:rPr>
          <w:i/>
          <w:color w:val="888888"/>
          <w:sz w:val="24"/>
          <w:szCs w:val="24"/>
        </w:rPr>
        <w:t xml:space="preserve"> If none, state “None” and describe</w:t>
      </w:r>
      <w:r w:rsidR="003348DC">
        <w:rPr>
          <w:i/>
          <w:color w:val="888888"/>
          <w:sz w:val="24"/>
          <w:szCs w:val="24"/>
        </w:rPr>
        <w:t xml:space="preserve"> your</w:t>
      </w:r>
      <w:r w:rsidR="001729C3" w:rsidRPr="00286000">
        <w:rPr>
          <w:i/>
          <w:color w:val="888888"/>
          <w:sz w:val="24"/>
          <w:szCs w:val="24"/>
        </w:rPr>
        <w:t xml:space="preserve"> relevant </w:t>
      </w:r>
      <w:r w:rsidR="001729C3">
        <w:rPr>
          <w:i/>
          <w:color w:val="888888"/>
          <w:sz w:val="24"/>
          <w:szCs w:val="24"/>
        </w:rPr>
        <w:t xml:space="preserve">teaching </w:t>
      </w:r>
      <w:r w:rsidR="001729C3" w:rsidRPr="00286000">
        <w:rPr>
          <w:i/>
          <w:color w:val="888888"/>
          <w:sz w:val="24"/>
          <w:szCs w:val="24"/>
        </w:rPr>
        <w:t>experience below.</w:t>
      </w:r>
      <w:r w:rsidR="001729C3">
        <w:rPr>
          <w:i/>
          <w:color w:val="888888"/>
          <w:sz w:val="24"/>
          <w:szCs w:val="24"/>
        </w:rPr>
        <w:t xml:space="preserve"> </w:t>
      </w:r>
    </w:p>
    <w:p w14:paraId="70DA5C1A" w14:textId="6F635A98" w:rsidR="009E391D" w:rsidRPr="00286000" w:rsidRDefault="009E391D" w:rsidP="003C220D">
      <w:pPr>
        <w:spacing w:after="0" w:line="276" w:lineRule="auto"/>
        <w:rPr>
          <w:sz w:val="24"/>
          <w:szCs w:val="24"/>
        </w:rPr>
      </w:pPr>
    </w:p>
    <w:tbl>
      <w:tblPr>
        <w:tblW w:w="0" w:type="auto"/>
        <w:jc w:val="center"/>
        <w:tblLayout w:type="fixed"/>
        <w:tblLook w:val="04A0" w:firstRow="1" w:lastRow="0" w:firstColumn="1" w:lastColumn="0" w:noHBand="0" w:noVBand="1"/>
      </w:tblPr>
      <w:tblGrid>
        <w:gridCol w:w="10222"/>
      </w:tblGrid>
      <w:tr w:rsidR="009E391D" w:rsidRPr="00286000" w14:paraId="6469444C" w14:textId="77777777" w:rsidTr="00286000">
        <w:trPr>
          <w:jc w:val="center"/>
        </w:trPr>
        <w:tc>
          <w:tcPr>
            <w:tcW w:w="10222"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1E8C129A" w14:textId="77777777" w:rsidR="00795532" w:rsidRDefault="00795532" w:rsidP="003C220D">
            <w:pPr>
              <w:spacing w:after="0" w:line="276" w:lineRule="auto"/>
              <w:rPr>
                <w:i/>
                <w:color w:val="888888"/>
                <w:sz w:val="24"/>
                <w:szCs w:val="24"/>
              </w:rPr>
            </w:pPr>
          </w:p>
          <w:p w14:paraId="436C31A7" w14:textId="77777777" w:rsidR="009E391D" w:rsidRDefault="009E391D" w:rsidP="00C4604D">
            <w:pPr>
              <w:spacing w:after="0" w:line="276" w:lineRule="auto"/>
              <w:rPr>
                <w:sz w:val="24"/>
                <w:szCs w:val="24"/>
              </w:rPr>
            </w:pPr>
          </w:p>
          <w:p w14:paraId="73D261F6" w14:textId="77777777" w:rsidR="00822BAE" w:rsidRDefault="00822BAE" w:rsidP="00C4604D">
            <w:pPr>
              <w:spacing w:after="0" w:line="276" w:lineRule="auto"/>
              <w:rPr>
                <w:sz w:val="24"/>
                <w:szCs w:val="24"/>
              </w:rPr>
            </w:pPr>
          </w:p>
          <w:p w14:paraId="121D7BEE" w14:textId="77777777" w:rsidR="001729C3" w:rsidRDefault="001729C3" w:rsidP="00C4604D">
            <w:pPr>
              <w:spacing w:after="0" w:line="276" w:lineRule="auto"/>
              <w:rPr>
                <w:sz w:val="24"/>
                <w:szCs w:val="24"/>
              </w:rPr>
            </w:pPr>
          </w:p>
          <w:p w14:paraId="6D7F0E18" w14:textId="77777777" w:rsidR="001729C3" w:rsidRDefault="001729C3" w:rsidP="00C4604D">
            <w:pPr>
              <w:spacing w:after="0" w:line="276" w:lineRule="auto"/>
              <w:rPr>
                <w:sz w:val="24"/>
                <w:szCs w:val="24"/>
              </w:rPr>
            </w:pPr>
          </w:p>
          <w:p w14:paraId="1F58200D" w14:textId="77777777" w:rsidR="001729C3" w:rsidRDefault="001729C3" w:rsidP="00C4604D">
            <w:pPr>
              <w:spacing w:after="0" w:line="276" w:lineRule="auto"/>
              <w:rPr>
                <w:sz w:val="24"/>
                <w:szCs w:val="24"/>
              </w:rPr>
            </w:pPr>
          </w:p>
          <w:p w14:paraId="2BA4989E" w14:textId="77777777" w:rsidR="001729C3" w:rsidRDefault="001729C3" w:rsidP="00C4604D">
            <w:pPr>
              <w:spacing w:after="0" w:line="276" w:lineRule="auto"/>
              <w:rPr>
                <w:sz w:val="24"/>
                <w:szCs w:val="24"/>
              </w:rPr>
            </w:pPr>
          </w:p>
          <w:p w14:paraId="129F06EE" w14:textId="77777777" w:rsidR="001729C3" w:rsidRDefault="001729C3" w:rsidP="00C4604D">
            <w:pPr>
              <w:spacing w:after="0" w:line="276" w:lineRule="auto"/>
              <w:rPr>
                <w:sz w:val="24"/>
                <w:szCs w:val="24"/>
              </w:rPr>
            </w:pPr>
          </w:p>
          <w:p w14:paraId="040C3C12" w14:textId="1DAE136D" w:rsidR="00822BAE" w:rsidRPr="00286000" w:rsidRDefault="00822BAE" w:rsidP="00C4604D">
            <w:pPr>
              <w:spacing w:after="0" w:line="276" w:lineRule="auto"/>
              <w:rPr>
                <w:sz w:val="24"/>
                <w:szCs w:val="24"/>
              </w:rPr>
            </w:pPr>
          </w:p>
        </w:tc>
      </w:tr>
    </w:tbl>
    <w:p w14:paraId="0294E013" w14:textId="77777777" w:rsidR="005B03DA" w:rsidRDefault="005B03DA" w:rsidP="003C220D">
      <w:pPr>
        <w:keepNext/>
        <w:spacing w:before="60" w:after="40" w:line="276" w:lineRule="auto"/>
        <w:rPr>
          <w:b/>
          <w:color w:val="17324D"/>
          <w:sz w:val="24"/>
          <w:szCs w:val="24"/>
        </w:rPr>
      </w:pPr>
    </w:p>
    <w:p w14:paraId="356DF592" w14:textId="216BB8C7" w:rsidR="009E391D" w:rsidRPr="00286000" w:rsidRDefault="005B03DA" w:rsidP="003C220D">
      <w:pPr>
        <w:keepNext/>
        <w:spacing w:before="60" w:after="40" w:line="276" w:lineRule="auto"/>
        <w:rPr>
          <w:sz w:val="24"/>
          <w:szCs w:val="24"/>
        </w:rPr>
      </w:pPr>
      <w:r>
        <w:rPr>
          <w:b/>
          <w:color w:val="17324D"/>
          <w:sz w:val="24"/>
          <w:szCs w:val="24"/>
        </w:rPr>
        <w:t xml:space="preserve">Other </w:t>
      </w:r>
      <w:r w:rsidR="00543DFD" w:rsidRPr="00286000">
        <w:rPr>
          <w:b/>
          <w:color w:val="17324D"/>
          <w:sz w:val="24"/>
          <w:szCs w:val="24"/>
        </w:rPr>
        <w:t>Adult education, short-course and practical teaching experience</w:t>
      </w:r>
    </w:p>
    <w:tbl>
      <w:tblPr>
        <w:tblW w:w="10366" w:type="dxa"/>
        <w:jc w:val="center"/>
        <w:tblLayout w:type="fixed"/>
        <w:tblLook w:val="04A0" w:firstRow="1" w:lastRow="0" w:firstColumn="1" w:lastColumn="0" w:noHBand="0" w:noVBand="1"/>
      </w:tblPr>
      <w:tblGrid>
        <w:gridCol w:w="2806"/>
        <w:gridCol w:w="2232"/>
        <w:gridCol w:w="3240"/>
        <w:gridCol w:w="2088"/>
      </w:tblGrid>
      <w:tr w:rsidR="009E391D" w:rsidRPr="00286000" w14:paraId="6E975052" w14:textId="77777777" w:rsidTr="00795532">
        <w:trPr>
          <w:tblHeader/>
          <w:jc w:val="center"/>
        </w:trPr>
        <w:tc>
          <w:tcPr>
            <w:tcW w:w="2806"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5672B356" w14:textId="77777777" w:rsidR="009E391D" w:rsidRPr="00286000" w:rsidRDefault="00543DFD" w:rsidP="003C220D">
            <w:pPr>
              <w:spacing w:after="0" w:line="276" w:lineRule="auto"/>
              <w:jc w:val="center"/>
              <w:rPr>
                <w:sz w:val="24"/>
                <w:szCs w:val="24"/>
              </w:rPr>
            </w:pPr>
            <w:r w:rsidRPr="00286000">
              <w:rPr>
                <w:b/>
                <w:color w:val="FFFFFF"/>
                <w:sz w:val="24"/>
                <w:szCs w:val="24"/>
              </w:rPr>
              <w:t>Organisation</w:t>
            </w:r>
          </w:p>
        </w:tc>
        <w:tc>
          <w:tcPr>
            <w:tcW w:w="2232"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0956C728" w14:textId="77777777" w:rsidR="009E391D" w:rsidRPr="00286000" w:rsidRDefault="00543DFD" w:rsidP="003C220D">
            <w:pPr>
              <w:spacing w:after="0" w:line="276" w:lineRule="auto"/>
              <w:jc w:val="center"/>
              <w:rPr>
                <w:sz w:val="24"/>
                <w:szCs w:val="24"/>
              </w:rPr>
            </w:pPr>
            <w:r w:rsidRPr="00286000">
              <w:rPr>
                <w:b/>
                <w:color w:val="FFFFFF"/>
                <w:sz w:val="24"/>
                <w:szCs w:val="24"/>
              </w:rPr>
              <w:t>Course / topic</w:t>
            </w:r>
          </w:p>
        </w:tc>
        <w:tc>
          <w:tcPr>
            <w:tcW w:w="3240"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612305FF" w14:textId="77777777" w:rsidR="009E391D" w:rsidRPr="00286000" w:rsidRDefault="00543DFD" w:rsidP="003C220D">
            <w:pPr>
              <w:spacing w:after="0" w:line="276" w:lineRule="auto"/>
              <w:jc w:val="center"/>
              <w:rPr>
                <w:sz w:val="24"/>
                <w:szCs w:val="24"/>
              </w:rPr>
            </w:pPr>
            <w:r w:rsidRPr="00286000">
              <w:rPr>
                <w:b/>
                <w:color w:val="FFFFFF"/>
                <w:sz w:val="24"/>
                <w:szCs w:val="24"/>
              </w:rPr>
              <w:t>Audience and format</w:t>
            </w:r>
          </w:p>
        </w:tc>
        <w:tc>
          <w:tcPr>
            <w:tcW w:w="2088"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17A9F7E2" w14:textId="77777777" w:rsidR="009E391D" w:rsidRPr="00286000" w:rsidRDefault="00543DFD" w:rsidP="003C220D">
            <w:pPr>
              <w:spacing w:after="0" w:line="276" w:lineRule="auto"/>
              <w:jc w:val="center"/>
              <w:rPr>
                <w:sz w:val="24"/>
                <w:szCs w:val="24"/>
              </w:rPr>
            </w:pPr>
            <w:r w:rsidRPr="00286000">
              <w:rPr>
                <w:b/>
                <w:color w:val="FFFFFF"/>
                <w:sz w:val="24"/>
                <w:szCs w:val="24"/>
              </w:rPr>
              <w:t>Dates / role</w:t>
            </w:r>
          </w:p>
        </w:tc>
      </w:tr>
      <w:tr w:rsidR="009E391D" w:rsidRPr="00286000" w14:paraId="20415B16" w14:textId="77777777" w:rsidTr="00795532">
        <w:trPr>
          <w:cantSplit/>
          <w:jc w:val="center"/>
        </w:trPr>
        <w:tc>
          <w:tcPr>
            <w:tcW w:w="2806"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3DF154F9" w14:textId="7E5A57CE" w:rsidR="009E391D" w:rsidRPr="00C4604D" w:rsidRDefault="009E391D" w:rsidP="003C220D">
            <w:pPr>
              <w:spacing w:after="0" w:line="276" w:lineRule="auto"/>
              <w:rPr>
                <w:sz w:val="24"/>
                <w:szCs w:val="24"/>
              </w:rPr>
            </w:pPr>
          </w:p>
        </w:tc>
        <w:tc>
          <w:tcPr>
            <w:tcW w:w="2232"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6E559F9C" w14:textId="17A3B4C3" w:rsidR="009E391D" w:rsidRPr="00821349" w:rsidRDefault="009E391D" w:rsidP="003C220D">
            <w:pPr>
              <w:spacing w:after="0" w:line="276" w:lineRule="auto"/>
              <w:rPr>
                <w:sz w:val="24"/>
                <w:szCs w:val="24"/>
                <w:lang w:val="fr-CA"/>
              </w:rPr>
            </w:pPr>
          </w:p>
        </w:tc>
        <w:tc>
          <w:tcPr>
            <w:tcW w:w="324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65D904A1" w14:textId="7FD13323" w:rsidR="009E391D" w:rsidRPr="00C4604D" w:rsidRDefault="009E391D" w:rsidP="003C220D">
            <w:pPr>
              <w:spacing w:after="0" w:line="276" w:lineRule="auto"/>
              <w:rPr>
                <w:sz w:val="24"/>
                <w:szCs w:val="24"/>
              </w:rPr>
            </w:pPr>
          </w:p>
        </w:tc>
        <w:tc>
          <w:tcPr>
            <w:tcW w:w="208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51937020" w14:textId="6904FFAB" w:rsidR="009E391D" w:rsidRPr="00C4604D" w:rsidRDefault="009E391D" w:rsidP="003C220D">
            <w:pPr>
              <w:spacing w:after="0" w:line="276" w:lineRule="auto"/>
              <w:rPr>
                <w:sz w:val="24"/>
                <w:szCs w:val="24"/>
              </w:rPr>
            </w:pPr>
          </w:p>
        </w:tc>
      </w:tr>
      <w:tr w:rsidR="009E391D" w:rsidRPr="00286000" w14:paraId="3873124E" w14:textId="77777777" w:rsidTr="00795532">
        <w:trPr>
          <w:cantSplit/>
          <w:jc w:val="center"/>
        </w:trPr>
        <w:tc>
          <w:tcPr>
            <w:tcW w:w="2806"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06501E35" w14:textId="5C644C60" w:rsidR="009E391D" w:rsidRPr="00C4604D" w:rsidRDefault="009E391D" w:rsidP="003C220D">
            <w:pPr>
              <w:spacing w:after="0" w:line="276" w:lineRule="auto"/>
              <w:rPr>
                <w:sz w:val="24"/>
                <w:szCs w:val="24"/>
              </w:rPr>
            </w:pPr>
          </w:p>
        </w:tc>
        <w:tc>
          <w:tcPr>
            <w:tcW w:w="2232"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4AA3881B" w14:textId="25482947" w:rsidR="009E391D" w:rsidRPr="00C4604D" w:rsidRDefault="009E391D" w:rsidP="003C220D">
            <w:pPr>
              <w:spacing w:after="0" w:line="276" w:lineRule="auto"/>
              <w:rPr>
                <w:sz w:val="24"/>
                <w:szCs w:val="24"/>
              </w:rPr>
            </w:pPr>
          </w:p>
        </w:tc>
        <w:tc>
          <w:tcPr>
            <w:tcW w:w="324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7EA95E21" w14:textId="4CF9C6B0" w:rsidR="009E391D" w:rsidRPr="00C4604D" w:rsidRDefault="009E391D" w:rsidP="003C220D">
            <w:pPr>
              <w:spacing w:after="0" w:line="276" w:lineRule="auto"/>
              <w:rPr>
                <w:sz w:val="24"/>
                <w:szCs w:val="24"/>
              </w:rPr>
            </w:pPr>
          </w:p>
        </w:tc>
        <w:tc>
          <w:tcPr>
            <w:tcW w:w="208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428D0E86" w14:textId="6AE7782A" w:rsidR="009E391D" w:rsidRPr="00C4604D" w:rsidRDefault="009E391D" w:rsidP="003C220D">
            <w:pPr>
              <w:spacing w:after="0" w:line="276" w:lineRule="auto"/>
              <w:rPr>
                <w:sz w:val="24"/>
                <w:szCs w:val="24"/>
              </w:rPr>
            </w:pPr>
          </w:p>
        </w:tc>
      </w:tr>
      <w:tr w:rsidR="00795532" w:rsidRPr="00286000" w14:paraId="780EE6EA" w14:textId="77777777" w:rsidTr="00795532">
        <w:trPr>
          <w:cantSplit/>
          <w:jc w:val="center"/>
        </w:trPr>
        <w:tc>
          <w:tcPr>
            <w:tcW w:w="2806"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31921C32" w14:textId="169E265E" w:rsidR="00795532" w:rsidRPr="00C4604D" w:rsidRDefault="00795532" w:rsidP="00795532">
            <w:pPr>
              <w:spacing w:after="0" w:line="276" w:lineRule="auto"/>
              <w:rPr>
                <w:sz w:val="24"/>
                <w:szCs w:val="24"/>
              </w:rPr>
            </w:pPr>
          </w:p>
        </w:tc>
        <w:tc>
          <w:tcPr>
            <w:tcW w:w="2232"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4D50662E" w14:textId="212EAC8B" w:rsidR="00795532" w:rsidRPr="00C4604D" w:rsidRDefault="00795532" w:rsidP="00795532">
            <w:pPr>
              <w:spacing w:after="0" w:line="276" w:lineRule="auto"/>
              <w:rPr>
                <w:sz w:val="24"/>
                <w:szCs w:val="24"/>
              </w:rPr>
            </w:pPr>
          </w:p>
        </w:tc>
        <w:tc>
          <w:tcPr>
            <w:tcW w:w="324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06CDF82" w14:textId="4EA4BE8B" w:rsidR="00795532" w:rsidRPr="00C4604D" w:rsidRDefault="00795532" w:rsidP="00795532">
            <w:pPr>
              <w:spacing w:after="0" w:line="276" w:lineRule="auto"/>
              <w:rPr>
                <w:sz w:val="24"/>
                <w:szCs w:val="24"/>
              </w:rPr>
            </w:pPr>
          </w:p>
        </w:tc>
        <w:tc>
          <w:tcPr>
            <w:tcW w:w="208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0BC74E2E" w14:textId="0ED2F8F0" w:rsidR="00795532" w:rsidRPr="00C4604D" w:rsidRDefault="00795532" w:rsidP="00795532">
            <w:pPr>
              <w:spacing w:after="0" w:line="276" w:lineRule="auto"/>
              <w:rPr>
                <w:sz w:val="24"/>
                <w:szCs w:val="24"/>
              </w:rPr>
            </w:pPr>
          </w:p>
        </w:tc>
      </w:tr>
    </w:tbl>
    <w:p w14:paraId="4F65700F" w14:textId="77777777" w:rsidR="005B03DA" w:rsidRDefault="005B03DA" w:rsidP="003C220D">
      <w:pPr>
        <w:keepNext/>
        <w:spacing w:before="60" w:after="40" w:line="276" w:lineRule="auto"/>
        <w:rPr>
          <w:b/>
          <w:color w:val="17324D"/>
          <w:sz w:val="24"/>
          <w:szCs w:val="24"/>
        </w:rPr>
      </w:pPr>
    </w:p>
    <w:p w14:paraId="7C7E90A2" w14:textId="3C9C6C28" w:rsidR="00AE0EEC" w:rsidRPr="004438C6" w:rsidRDefault="00543DFD" w:rsidP="00AE0EEC">
      <w:pPr>
        <w:spacing w:after="0" w:line="276" w:lineRule="auto"/>
        <w:rPr>
          <w:iCs/>
          <w:sz w:val="24"/>
          <w:szCs w:val="24"/>
        </w:rPr>
      </w:pPr>
      <w:r w:rsidRPr="00286000">
        <w:rPr>
          <w:b/>
          <w:color w:val="17324D"/>
          <w:sz w:val="24"/>
          <w:szCs w:val="24"/>
        </w:rPr>
        <w:t xml:space="preserve">Experience teaching hands-on clinical </w:t>
      </w:r>
      <w:r w:rsidR="00AE0EEC">
        <w:rPr>
          <w:b/>
          <w:color w:val="17324D"/>
          <w:sz w:val="24"/>
          <w:szCs w:val="24"/>
        </w:rPr>
        <w:t>practicum-style</w:t>
      </w:r>
      <w:r w:rsidR="005B03DA">
        <w:rPr>
          <w:b/>
          <w:color w:val="17324D"/>
          <w:sz w:val="24"/>
          <w:szCs w:val="24"/>
        </w:rPr>
        <w:t xml:space="preserve"> </w:t>
      </w:r>
      <w:r w:rsidRPr="00286000">
        <w:rPr>
          <w:b/>
          <w:color w:val="17324D"/>
          <w:sz w:val="24"/>
          <w:szCs w:val="24"/>
        </w:rPr>
        <w:t>skills</w:t>
      </w:r>
      <w:r w:rsidR="00AE0EEC">
        <w:rPr>
          <w:b/>
          <w:color w:val="17324D"/>
          <w:sz w:val="24"/>
          <w:szCs w:val="24"/>
        </w:rPr>
        <w:t xml:space="preserve">: </w:t>
      </w:r>
      <w:r w:rsidR="00AE0EEC" w:rsidRPr="00286000">
        <w:rPr>
          <w:i/>
          <w:color w:val="888888"/>
          <w:sz w:val="24"/>
          <w:szCs w:val="24"/>
        </w:rPr>
        <w:t>Describe the skills taught, class size, teaching method and how you supported safe practical learning.</w:t>
      </w:r>
    </w:p>
    <w:p w14:paraId="6EBDA5A7" w14:textId="1E7F8154"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4"/>
      </w:tblGrid>
      <w:tr w:rsidR="009E391D" w:rsidRPr="00286000" w14:paraId="2A35DED1" w14:textId="77777777" w:rsidTr="00286000">
        <w:trPr>
          <w:jc w:val="center"/>
        </w:trPr>
        <w:tc>
          <w:tcPr>
            <w:tcW w:w="1036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711A50E5" w14:textId="77777777" w:rsidR="00906C3A" w:rsidRDefault="00906C3A" w:rsidP="004438C6">
            <w:pPr>
              <w:spacing w:after="0" w:line="276" w:lineRule="auto"/>
              <w:rPr>
                <w:sz w:val="24"/>
                <w:szCs w:val="24"/>
              </w:rPr>
            </w:pPr>
          </w:p>
          <w:p w14:paraId="68313DB8" w14:textId="77777777" w:rsidR="00AE0EEC" w:rsidRDefault="00AE0EEC" w:rsidP="004438C6">
            <w:pPr>
              <w:spacing w:after="0" w:line="276" w:lineRule="auto"/>
              <w:rPr>
                <w:sz w:val="24"/>
                <w:szCs w:val="24"/>
              </w:rPr>
            </w:pPr>
          </w:p>
          <w:p w14:paraId="295B9507" w14:textId="77777777" w:rsidR="00AE0EEC" w:rsidRDefault="00AE0EEC" w:rsidP="004438C6">
            <w:pPr>
              <w:spacing w:after="0" w:line="276" w:lineRule="auto"/>
              <w:rPr>
                <w:sz w:val="24"/>
                <w:szCs w:val="24"/>
              </w:rPr>
            </w:pPr>
          </w:p>
          <w:p w14:paraId="3B24A69A" w14:textId="77777777" w:rsidR="00AE0EEC" w:rsidRDefault="00AE0EEC" w:rsidP="004438C6">
            <w:pPr>
              <w:spacing w:after="0" w:line="276" w:lineRule="auto"/>
              <w:rPr>
                <w:sz w:val="24"/>
                <w:szCs w:val="24"/>
              </w:rPr>
            </w:pPr>
          </w:p>
          <w:p w14:paraId="7C88E13D" w14:textId="5E2F4C01" w:rsidR="00AE0EEC" w:rsidRPr="00286000" w:rsidRDefault="00AE0EEC" w:rsidP="004438C6">
            <w:pPr>
              <w:spacing w:after="0" w:line="276" w:lineRule="auto"/>
              <w:rPr>
                <w:sz w:val="24"/>
                <w:szCs w:val="24"/>
              </w:rPr>
            </w:pPr>
          </w:p>
        </w:tc>
      </w:tr>
    </w:tbl>
    <w:p w14:paraId="5C939E6B" w14:textId="77777777" w:rsidR="00AE0EEC" w:rsidRDefault="00AE0EEC" w:rsidP="00AE0EEC">
      <w:pPr>
        <w:spacing w:after="0" w:line="276" w:lineRule="auto"/>
        <w:rPr>
          <w:b/>
          <w:color w:val="17324D"/>
          <w:sz w:val="24"/>
          <w:szCs w:val="24"/>
        </w:rPr>
      </w:pPr>
    </w:p>
    <w:p w14:paraId="1C8F6FFF" w14:textId="1178A661" w:rsidR="00AE0EEC" w:rsidRDefault="00543DFD" w:rsidP="00AE0EEC">
      <w:pPr>
        <w:spacing w:after="0" w:line="276" w:lineRule="auto"/>
        <w:rPr>
          <w:i/>
          <w:color w:val="888888"/>
          <w:sz w:val="24"/>
          <w:szCs w:val="24"/>
        </w:rPr>
      </w:pPr>
      <w:r w:rsidRPr="00286000">
        <w:rPr>
          <w:b/>
          <w:color w:val="17324D"/>
          <w:sz w:val="24"/>
          <w:szCs w:val="24"/>
        </w:rPr>
        <w:t>Experience assessing adult learners and providing feedback</w:t>
      </w:r>
      <w:r w:rsidR="00AE0EEC">
        <w:rPr>
          <w:b/>
          <w:color w:val="17324D"/>
          <w:sz w:val="24"/>
          <w:szCs w:val="24"/>
        </w:rPr>
        <w:t xml:space="preserve">: </w:t>
      </w:r>
      <w:r w:rsidR="00AE0EEC" w:rsidRPr="00286000">
        <w:rPr>
          <w:i/>
          <w:color w:val="888888"/>
          <w:sz w:val="24"/>
          <w:szCs w:val="24"/>
        </w:rPr>
        <w:t>Include competency assessment, practical examination, peer review, moderation or structured feedback.</w:t>
      </w:r>
    </w:p>
    <w:p w14:paraId="6FB1C2ED" w14:textId="45C83D90"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4"/>
      </w:tblGrid>
      <w:tr w:rsidR="009E391D" w:rsidRPr="00286000" w14:paraId="5B160D69" w14:textId="77777777" w:rsidTr="00286000">
        <w:trPr>
          <w:jc w:val="center"/>
        </w:trPr>
        <w:tc>
          <w:tcPr>
            <w:tcW w:w="1036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0A95A027" w14:textId="77777777" w:rsidR="009E391D" w:rsidRDefault="009E391D" w:rsidP="004438C6">
            <w:pPr>
              <w:spacing w:after="0" w:line="276" w:lineRule="auto"/>
              <w:rPr>
                <w:sz w:val="24"/>
                <w:szCs w:val="24"/>
              </w:rPr>
            </w:pPr>
          </w:p>
          <w:p w14:paraId="5A0A347F" w14:textId="77777777" w:rsidR="00822BAE" w:rsidRDefault="00822BAE" w:rsidP="004438C6">
            <w:pPr>
              <w:spacing w:after="0" w:line="276" w:lineRule="auto"/>
              <w:rPr>
                <w:sz w:val="24"/>
                <w:szCs w:val="24"/>
              </w:rPr>
            </w:pPr>
          </w:p>
          <w:p w14:paraId="3B23107F" w14:textId="77777777" w:rsidR="00822BAE" w:rsidRDefault="00822BAE" w:rsidP="004438C6">
            <w:pPr>
              <w:spacing w:after="0" w:line="276" w:lineRule="auto"/>
              <w:rPr>
                <w:sz w:val="24"/>
                <w:szCs w:val="24"/>
              </w:rPr>
            </w:pPr>
          </w:p>
          <w:p w14:paraId="7225B9C2" w14:textId="77777777" w:rsidR="00822BAE" w:rsidRDefault="00822BAE" w:rsidP="004438C6">
            <w:pPr>
              <w:spacing w:after="0" w:line="276" w:lineRule="auto"/>
              <w:rPr>
                <w:sz w:val="24"/>
                <w:szCs w:val="24"/>
              </w:rPr>
            </w:pPr>
          </w:p>
          <w:p w14:paraId="118FF77C" w14:textId="5AE8C8A6" w:rsidR="00822BAE" w:rsidRPr="00286000" w:rsidRDefault="00822BAE" w:rsidP="004438C6">
            <w:pPr>
              <w:spacing w:after="0" w:line="276" w:lineRule="auto"/>
              <w:rPr>
                <w:sz w:val="24"/>
                <w:szCs w:val="24"/>
              </w:rPr>
            </w:pPr>
          </w:p>
        </w:tc>
      </w:tr>
    </w:tbl>
    <w:p w14:paraId="48F067FC" w14:textId="77777777" w:rsidR="003C220D" w:rsidRDefault="003C220D" w:rsidP="003C220D">
      <w:pPr>
        <w:keepNext/>
        <w:spacing w:before="60" w:after="40" w:line="276" w:lineRule="auto"/>
        <w:rPr>
          <w:b/>
          <w:color w:val="17324D"/>
          <w:sz w:val="24"/>
          <w:szCs w:val="24"/>
        </w:rPr>
      </w:pPr>
    </w:p>
    <w:p w14:paraId="35A94E81" w14:textId="77777777" w:rsidR="00AE0EEC" w:rsidRDefault="00AE0EEC" w:rsidP="00AE0EEC">
      <w:pPr>
        <w:spacing w:after="0" w:line="276" w:lineRule="auto"/>
        <w:rPr>
          <w:b/>
          <w:color w:val="17324D"/>
          <w:sz w:val="24"/>
          <w:szCs w:val="24"/>
        </w:rPr>
      </w:pPr>
    </w:p>
    <w:p w14:paraId="227FEC45" w14:textId="4EF55ACD" w:rsidR="00AE0EEC" w:rsidRDefault="00543DFD" w:rsidP="00AE0EEC">
      <w:pPr>
        <w:spacing w:after="0" w:line="276" w:lineRule="auto"/>
        <w:rPr>
          <w:i/>
          <w:color w:val="888888"/>
          <w:sz w:val="24"/>
          <w:szCs w:val="24"/>
        </w:rPr>
      </w:pPr>
      <w:r w:rsidRPr="00286000">
        <w:rPr>
          <w:b/>
          <w:color w:val="17324D"/>
          <w:sz w:val="24"/>
          <w:szCs w:val="24"/>
        </w:rPr>
        <w:t>Experience with online or hybrid education</w:t>
      </w:r>
      <w:r w:rsidR="00AE0EEC">
        <w:rPr>
          <w:b/>
          <w:color w:val="17324D"/>
          <w:sz w:val="24"/>
          <w:szCs w:val="24"/>
        </w:rPr>
        <w:t xml:space="preserve">: </w:t>
      </w:r>
      <w:r w:rsidR="00AE0EEC" w:rsidRPr="00286000">
        <w:rPr>
          <w:i/>
          <w:color w:val="888888"/>
          <w:sz w:val="24"/>
          <w:szCs w:val="24"/>
        </w:rPr>
        <w:t xml:space="preserve">Include </w:t>
      </w:r>
      <w:r w:rsidR="00AE0EEC">
        <w:rPr>
          <w:i/>
          <w:color w:val="888888"/>
          <w:sz w:val="24"/>
          <w:szCs w:val="24"/>
        </w:rPr>
        <w:t xml:space="preserve">any </w:t>
      </w:r>
      <w:r w:rsidR="00AE0EEC" w:rsidRPr="00286000">
        <w:rPr>
          <w:i/>
          <w:color w:val="888888"/>
          <w:sz w:val="24"/>
          <w:szCs w:val="24"/>
        </w:rPr>
        <w:t>live online teaching, recorded learning, learning-management systems or blended delivery</w:t>
      </w:r>
      <w:r w:rsidR="00AE0EEC">
        <w:rPr>
          <w:i/>
          <w:color w:val="888888"/>
          <w:sz w:val="24"/>
          <w:szCs w:val="24"/>
        </w:rPr>
        <w:t xml:space="preserve"> you have taken part in. </w:t>
      </w:r>
    </w:p>
    <w:p w14:paraId="780D6C47" w14:textId="2097E3C4"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4"/>
      </w:tblGrid>
      <w:tr w:rsidR="009E391D" w:rsidRPr="00286000" w14:paraId="3327580F" w14:textId="77777777" w:rsidTr="00286000">
        <w:trPr>
          <w:jc w:val="center"/>
        </w:trPr>
        <w:tc>
          <w:tcPr>
            <w:tcW w:w="1036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0B445D11" w14:textId="77777777" w:rsidR="00906C3A" w:rsidRDefault="00906C3A" w:rsidP="003C220D">
            <w:pPr>
              <w:spacing w:after="0" w:line="276" w:lineRule="auto"/>
              <w:rPr>
                <w:i/>
                <w:color w:val="888888"/>
                <w:sz w:val="24"/>
                <w:szCs w:val="24"/>
              </w:rPr>
            </w:pPr>
          </w:p>
          <w:p w14:paraId="77520352" w14:textId="77777777" w:rsidR="009E391D" w:rsidRDefault="009E391D" w:rsidP="004438C6">
            <w:pPr>
              <w:spacing w:after="0" w:line="276" w:lineRule="auto"/>
              <w:rPr>
                <w:sz w:val="24"/>
                <w:szCs w:val="24"/>
              </w:rPr>
            </w:pPr>
          </w:p>
          <w:p w14:paraId="2A4A1F40" w14:textId="77777777" w:rsidR="00822BAE" w:rsidRDefault="00822BAE" w:rsidP="004438C6">
            <w:pPr>
              <w:spacing w:after="0" w:line="276" w:lineRule="auto"/>
              <w:rPr>
                <w:sz w:val="24"/>
                <w:szCs w:val="24"/>
              </w:rPr>
            </w:pPr>
          </w:p>
          <w:p w14:paraId="51E52CA0" w14:textId="77777777" w:rsidR="00822BAE" w:rsidRDefault="00822BAE" w:rsidP="004438C6">
            <w:pPr>
              <w:spacing w:after="0" w:line="276" w:lineRule="auto"/>
              <w:rPr>
                <w:sz w:val="24"/>
                <w:szCs w:val="24"/>
              </w:rPr>
            </w:pPr>
          </w:p>
          <w:p w14:paraId="438EEE8A" w14:textId="77777777" w:rsidR="00822BAE" w:rsidRDefault="00822BAE" w:rsidP="004438C6">
            <w:pPr>
              <w:spacing w:after="0" w:line="276" w:lineRule="auto"/>
              <w:rPr>
                <w:sz w:val="24"/>
                <w:szCs w:val="24"/>
              </w:rPr>
            </w:pPr>
          </w:p>
          <w:p w14:paraId="35FFD8A7" w14:textId="2690C490" w:rsidR="00822BAE" w:rsidRPr="00286000" w:rsidRDefault="00822BAE" w:rsidP="004438C6">
            <w:pPr>
              <w:spacing w:after="0" w:line="276" w:lineRule="auto"/>
              <w:rPr>
                <w:sz w:val="24"/>
                <w:szCs w:val="24"/>
              </w:rPr>
            </w:pPr>
          </w:p>
        </w:tc>
      </w:tr>
    </w:tbl>
    <w:p w14:paraId="640F1EF9" w14:textId="77777777" w:rsidR="003C220D" w:rsidRDefault="003C220D" w:rsidP="003C220D">
      <w:pPr>
        <w:keepNext/>
        <w:spacing w:before="60" w:after="40" w:line="276" w:lineRule="auto"/>
        <w:rPr>
          <w:b/>
          <w:color w:val="17324D"/>
          <w:sz w:val="24"/>
          <w:szCs w:val="24"/>
        </w:rPr>
      </w:pPr>
    </w:p>
    <w:p w14:paraId="6E54ACBD" w14:textId="77777777" w:rsidR="00AE0EEC" w:rsidRDefault="00AE0EEC" w:rsidP="00AE0EEC">
      <w:pPr>
        <w:spacing w:after="0" w:line="276" w:lineRule="auto"/>
        <w:rPr>
          <w:b/>
          <w:color w:val="17324D"/>
          <w:sz w:val="24"/>
          <w:szCs w:val="24"/>
        </w:rPr>
      </w:pPr>
    </w:p>
    <w:p w14:paraId="52E89230" w14:textId="4173AE32" w:rsidR="00AE0EEC" w:rsidRDefault="00543DFD" w:rsidP="00AE0EEC">
      <w:pPr>
        <w:spacing w:after="0" w:line="276" w:lineRule="auto"/>
        <w:rPr>
          <w:i/>
          <w:color w:val="888888"/>
          <w:sz w:val="24"/>
          <w:szCs w:val="24"/>
        </w:rPr>
      </w:pPr>
      <w:r w:rsidRPr="00286000">
        <w:rPr>
          <w:b/>
          <w:color w:val="17324D"/>
          <w:sz w:val="24"/>
          <w:szCs w:val="24"/>
        </w:rPr>
        <w:t>Course-development or educational leadership experience</w:t>
      </w:r>
      <w:r w:rsidR="00AE0EEC">
        <w:rPr>
          <w:b/>
          <w:color w:val="17324D"/>
          <w:sz w:val="24"/>
          <w:szCs w:val="24"/>
        </w:rPr>
        <w:t xml:space="preserve">: </w:t>
      </w:r>
      <w:r w:rsidR="00AE0EEC" w:rsidRPr="00286000">
        <w:rPr>
          <w:i/>
          <w:color w:val="888888"/>
          <w:sz w:val="24"/>
          <w:szCs w:val="24"/>
        </w:rPr>
        <w:t>Include content development, course review, quality assurance, mentoring or faculty leadership.</w:t>
      </w:r>
    </w:p>
    <w:p w14:paraId="076A05AE" w14:textId="3F3D2C94"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4"/>
      </w:tblGrid>
      <w:tr w:rsidR="009E391D" w:rsidRPr="00286000" w14:paraId="0A73A4ED" w14:textId="77777777" w:rsidTr="00286000">
        <w:trPr>
          <w:jc w:val="center"/>
        </w:trPr>
        <w:tc>
          <w:tcPr>
            <w:tcW w:w="1036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602472BD" w14:textId="77777777" w:rsidR="00906C3A" w:rsidRDefault="00906C3A" w:rsidP="003C220D">
            <w:pPr>
              <w:spacing w:after="0" w:line="276" w:lineRule="auto"/>
              <w:rPr>
                <w:i/>
                <w:color w:val="888888"/>
                <w:sz w:val="24"/>
                <w:szCs w:val="24"/>
              </w:rPr>
            </w:pPr>
          </w:p>
          <w:p w14:paraId="525D449F" w14:textId="77777777" w:rsidR="009E391D" w:rsidRDefault="009E391D" w:rsidP="004438C6">
            <w:pPr>
              <w:spacing w:after="0" w:line="276" w:lineRule="auto"/>
              <w:rPr>
                <w:sz w:val="24"/>
                <w:szCs w:val="24"/>
              </w:rPr>
            </w:pPr>
          </w:p>
          <w:p w14:paraId="2B25E788" w14:textId="77777777" w:rsidR="00822BAE" w:rsidRDefault="00822BAE" w:rsidP="004438C6">
            <w:pPr>
              <w:spacing w:after="0" w:line="276" w:lineRule="auto"/>
              <w:rPr>
                <w:sz w:val="24"/>
                <w:szCs w:val="24"/>
              </w:rPr>
            </w:pPr>
          </w:p>
          <w:p w14:paraId="1A9F8BE8" w14:textId="77777777" w:rsidR="00822BAE" w:rsidRDefault="00822BAE" w:rsidP="004438C6">
            <w:pPr>
              <w:spacing w:after="0" w:line="276" w:lineRule="auto"/>
              <w:rPr>
                <w:sz w:val="24"/>
                <w:szCs w:val="24"/>
              </w:rPr>
            </w:pPr>
          </w:p>
          <w:p w14:paraId="6DA77A21" w14:textId="77777777" w:rsidR="00822BAE" w:rsidRDefault="00822BAE" w:rsidP="004438C6">
            <w:pPr>
              <w:spacing w:after="0" w:line="276" w:lineRule="auto"/>
              <w:rPr>
                <w:sz w:val="24"/>
                <w:szCs w:val="24"/>
              </w:rPr>
            </w:pPr>
          </w:p>
          <w:p w14:paraId="5A390A09" w14:textId="77777777" w:rsidR="00822BAE" w:rsidRDefault="00822BAE" w:rsidP="004438C6">
            <w:pPr>
              <w:spacing w:after="0" w:line="276" w:lineRule="auto"/>
              <w:rPr>
                <w:sz w:val="24"/>
                <w:szCs w:val="24"/>
              </w:rPr>
            </w:pPr>
          </w:p>
          <w:p w14:paraId="74AB7CB1" w14:textId="77777777" w:rsidR="00822BAE" w:rsidRDefault="00822BAE" w:rsidP="004438C6">
            <w:pPr>
              <w:spacing w:after="0" w:line="276" w:lineRule="auto"/>
              <w:rPr>
                <w:sz w:val="24"/>
                <w:szCs w:val="24"/>
              </w:rPr>
            </w:pPr>
          </w:p>
          <w:p w14:paraId="10D501ED" w14:textId="77777777" w:rsidR="00822BAE" w:rsidRDefault="00822BAE" w:rsidP="004438C6">
            <w:pPr>
              <w:spacing w:after="0" w:line="276" w:lineRule="auto"/>
              <w:rPr>
                <w:sz w:val="24"/>
                <w:szCs w:val="24"/>
              </w:rPr>
            </w:pPr>
          </w:p>
          <w:p w14:paraId="0968899B" w14:textId="2DE89451" w:rsidR="00822BAE" w:rsidRPr="00286000" w:rsidRDefault="00822BAE" w:rsidP="004438C6">
            <w:pPr>
              <w:spacing w:after="0" w:line="276" w:lineRule="auto"/>
              <w:rPr>
                <w:sz w:val="24"/>
                <w:szCs w:val="24"/>
              </w:rPr>
            </w:pPr>
          </w:p>
        </w:tc>
      </w:tr>
    </w:tbl>
    <w:p w14:paraId="3E06B4DC" w14:textId="77777777" w:rsidR="00821349" w:rsidRDefault="00821349" w:rsidP="003C220D">
      <w:pPr>
        <w:spacing w:after="0" w:line="276" w:lineRule="auto"/>
        <w:rPr>
          <w:b/>
          <w:color w:val="17324D"/>
          <w:sz w:val="24"/>
          <w:szCs w:val="24"/>
        </w:rPr>
      </w:pPr>
    </w:p>
    <w:p w14:paraId="41745C7C" w14:textId="77777777" w:rsidR="00AE0EEC" w:rsidRDefault="00AE0EEC" w:rsidP="003C220D">
      <w:pPr>
        <w:spacing w:after="0" w:line="276" w:lineRule="auto"/>
        <w:rPr>
          <w:b/>
          <w:color w:val="17324D"/>
          <w:sz w:val="24"/>
          <w:szCs w:val="24"/>
        </w:rPr>
      </w:pPr>
      <w:r>
        <w:rPr>
          <w:b/>
          <w:color w:val="17324D"/>
          <w:sz w:val="24"/>
          <w:szCs w:val="24"/>
        </w:rPr>
        <w:br w:type="page"/>
      </w:r>
    </w:p>
    <w:p w14:paraId="15BECBEC" w14:textId="41F1F8CF" w:rsidR="009E391D" w:rsidRPr="00AE0EEC" w:rsidRDefault="00AE0EEC" w:rsidP="00017560">
      <w:pPr>
        <w:pStyle w:val="Heading1"/>
      </w:pPr>
      <w:bookmarkStart w:id="1" w:name="_Toc238111978"/>
      <w:r w:rsidRPr="00AE0EEC">
        <w:lastRenderedPageBreak/>
        <w:t xml:space="preserve">Part </w:t>
      </w:r>
      <w:r>
        <w:t>3</w:t>
      </w:r>
      <w:r w:rsidRPr="00AE0EEC">
        <w:t xml:space="preserve"> - </w:t>
      </w:r>
      <w:r w:rsidR="00543DFD" w:rsidRPr="00AE0EEC">
        <w:t xml:space="preserve">FICS and </w:t>
      </w:r>
      <w:r>
        <w:t>S</w:t>
      </w:r>
      <w:r w:rsidR="00543DFD" w:rsidRPr="00AE0EEC">
        <w:t>ports</w:t>
      </w:r>
      <w:r>
        <w:t>-Games E</w:t>
      </w:r>
      <w:r w:rsidR="00543DFD" w:rsidRPr="00AE0EEC">
        <w:t>xperience</w:t>
      </w:r>
      <w:bookmarkEnd w:id="1"/>
    </w:p>
    <w:p w14:paraId="763D636B" w14:textId="77777777" w:rsidR="0026376E" w:rsidRDefault="0026376E" w:rsidP="003C220D">
      <w:pPr>
        <w:spacing w:after="0" w:line="276" w:lineRule="auto"/>
        <w:rPr>
          <w:b/>
          <w:color w:val="17324D"/>
          <w:sz w:val="24"/>
          <w:szCs w:val="24"/>
        </w:rPr>
      </w:pPr>
    </w:p>
    <w:p w14:paraId="717F93CB" w14:textId="5FE37FAE" w:rsidR="00906C3A" w:rsidRDefault="00432724" w:rsidP="0026376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r w:rsidRPr="0026376E">
        <w:rPr>
          <w:iCs/>
          <w:color w:val="000000" w:themeColor="text1"/>
          <w:sz w:val="24"/>
          <w:szCs w:val="24"/>
        </w:rPr>
        <w:t xml:space="preserve">The ICSC is designed to prepare chiropractors to work at FICS and other international sporting </w:t>
      </w:r>
      <w:r w:rsidR="003348DC">
        <w:rPr>
          <w:iCs/>
          <w:color w:val="000000" w:themeColor="text1"/>
          <w:sz w:val="24"/>
          <w:szCs w:val="24"/>
        </w:rPr>
        <w:t>e</w:t>
      </w:r>
      <w:r w:rsidRPr="0026376E">
        <w:rPr>
          <w:iCs/>
          <w:color w:val="000000" w:themeColor="text1"/>
          <w:sz w:val="24"/>
          <w:szCs w:val="24"/>
        </w:rPr>
        <w:t xml:space="preserve">vents. We are therefore seeking instructors with practical experience supporting athletes in elite sport, preferably at a FICS event. </w:t>
      </w:r>
    </w:p>
    <w:p w14:paraId="0E940385" w14:textId="77777777" w:rsidR="00AE0EEC" w:rsidRPr="0026376E" w:rsidRDefault="00AE0EEC" w:rsidP="0026376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p>
    <w:p w14:paraId="7DBAC924" w14:textId="42EFE449" w:rsidR="00821349" w:rsidRPr="0026376E" w:rsidRDefault="00432724" w:rsidP="0026376E">
      <w:pPr>
        <w:pBdr>
          <w:top w:val="single" w:sz="4" w:space="1" w:color="auto"/>
          <w:left w:val="single" w:sz="4" w:space="4" w:color="auto"/>
          <w:bottom w:val="single" w:sz="4" w:space="1" w:color="auto"/>
          <w:right w:val="single" w:sz="4" w:space="4" w:color="auto"/>
        </w:pBdr>
        <w:shd w:val="clear" w:color="auto" w:fill="E6F3FF"/>
        <w:spacing w:after="0" w:line="276" w:lineRule="auto"/>
        <w:rPr>
          <w:iCs/>
          <w:color w:val="000000" w:themeColor="text1"/>
          <w:sz w:val="24"/>
          <w:szCs w:val="24"/>
        </w:rPr>
      </w:pPr>
      <w:r w:rsidRPr="0026376E">
        <w:rPr>
          <w:iCs/>
          <w:color w:val="000000" w:themeColor="text1"/>
          <w:sz w:val="24"/>
          <w:szCs w:val="24"/>
        </w:rPr>
        <w:t xml:space="preserve">This experience enables instructors to connect the seminar content to real event environments, explain the professional standards and responsibilities involved, answer participants’ questions, </w:t>
      </w:r>
      <w:r w:rsidR="003348DC">
        <w:rPr>
          <w:iCs/>
          <w:color w:val="000000" w:themeColor="text1"/>
          <w:sz w:val="24"/>
          <w:szCs w:val="24"/>
        </w:rPr>
        <w:t>a</w:t>
      </w:r>
      <w:r w:rsidRPr="0026376E">
        <w:rPr>
          <w:iCs/>
          <w:color w:val="000000" w:themeColor="text1"/>
          <w:sz w:val="24"/>
          <w:szCs w:val="24"/>
        </w:rPr>
        <w:t>nd inspire them to progress towards working within the FICS event pathway.</w:t>
      </w:r>
    </w:p>
    <w:p w14:paraId="665F1806" w14:textId="77777777" w:rsidR="00906C3A" w:rsidRDefault="00906C3A" w:rsidP="00821349">
      <w:pPr>
        <w:spacing w:after="0" w:line="276" w:lineRule="auto"/>
        <w:rPr>
          <w:sz w:val="24"/>
          <w:szCs w:val="24"/>
        </w:rPr>
      </w:pPr>
    </w:p>
    <w:p w14:paraId="53A1CC03" w14:textId="5F57B98A" w:rsidR="009E391D" w:rsidRPr="00286000" w:rsidRDefault="00432724" w:rsidP="00821349">
      <w:pPr>
        <w:spacing w:after="0" w:line="276" w:lineRule="auto"/>
        <w:rPr>
          <w:sz w:val="24"/>
          <w:szCs w:val="24"/>
        </w:rPr>
      </w:pPr>
      <w:r w:rsidRPr="00432724">
        <w:rPr>
          <w:b/>
          <w:color w:val="17324D"/>
          <w:sz w:val="24"/>
          <w:szCs w:val="24"/>
        </w:rPr>
        <w:t xml:space="preserve">Please list your three </w:t>
      </w:r>
      <w:r>
        <w:rPr>
          <w:b/>
          <w:color w:val="17324D"/>
          <w:sz w:val="24"/>
          <w:szCs w:val="24"/>
        </w:rPr>
        <w:t xml:space="preserve">(3) </w:t>
      </w:r>
      <w:r w:rsidRPr="00432724">
        <w:rPr>
          <w:b/>
          <w:color w:val="17324D"/>
          <w:sz w:val="24"/>
          <w:szCs w:val="24"/>
        </w:rPr>
        <w:t>most recent FICS events, Games, seminars or other official FICS roles</w:t>
      </w:r>
      <w:r w:rsidR="003C220D">
        <w:rPr>
          <w:b/>
          <w:color w:val="17324D"/>
          <w:sz w:val="24"/>
          <w:szCs w:val="24"/>
        </w:rPr>
        <w:t xml:space="preserve"> / or the (3) most recent events working at international level sport with other teams. </w:t>
      </w:r>
    </w:p>
    <w:tbl>
      <w:tblPr>
        <w:tblW w:w="10364" w:type="dxa"/>
        <w:jc w:val="center"/>
        <w:tblLayout w:type="fixed"/>
        <w:tblLook w:val="04A0" w:firstRow="1" w:lastRow="0" w:firstColumn="1" w:lastColumn="0" w:noHBand="0" w:noVBand="1"/>
      </w:tblPr>
      <w:tblGrid>
        <w:gridCol w:w="2260"/>
        <w:gridCol w:w="1985"/>
        <w:gridCol w:w="1701"/>
        <w:gridCol w:w="4418"/>
      </w:tblGrid>
      <w:tr w:rsidR="009E391D" w:rsidRPr="00286000" w14:paraId="051E8874" w14:textId="77777777" w:rsidTr="003D210F">
        <w:trPr>
          <w:tblHeader/>
          <w:jc w:val="center"/>
        </w:trPr>
        <w:tc>
          <w:tcPr>
            <w:tcW w:w="2260"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011C8089" w14:textId="77777777" w:rsidR="009E391D" w:rsidRPr="00286000" w:rsidRDefault="00543DFD" w:rsidP="003C220D">
            <w:pPr>
              <w:spacing w:after="0" w:line="276" w:lineRule="auto"/>
              <w:jc w:val="center"/>
              <w:rPr>
                <w:sz w:val="24"/>
                <w:szCs w:val="24"/>
              </w:rPr>
            </w:pPr>
            <w:r w:rsidRPr="00286000">
              <w:rPr>
                <w:b/>
                <w:color w:val="FFFFFF"/>
                <w:sz w:val="24"/>
                <w:szCs w:val="24"/>
              </w:rPr>
              <w:t>Event / activity</w:t>
            </w:r>
          </w:p>
        </w:tc>
        <w:tc>
          <w:tcPr>
            <w:tcW w:w="1985"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3D7BBB65" w14:textId="77777777" w:rsidR="009E391D" w:rsidRPr="00286000" w:rsidRDefault="00543DFD" w:rsidP="003C220D">
            <w:pPr>
              <w:spacing w:after="0" w:line="276" w:lineRule="auto"/>
              <w:jc w:val="center"/>
              <w:rPr>
                <w:sz w:val="24"/>
                <w:szCs w:val="24"/>
              </w:rPr>
            </w:pPr>
            <w:r w:rsidRPr="00286000">
              <w:rPr>
                <w:b/>
                <w:color w:val="FFFFFF"/>
                <w:sz w:val="24"/>
                <w:szCs w:val="24"/>
              </w:rPr>
              <w:t>Year / location</w:t>
            </w:r>
          </w:p>
        </w:tc>
        <w:tc>
          <w:tcPr>
            <w:tcW w:w="1701"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4ED0F14D" w14:textId="77777777" w:rsidR="009E391D" w:rsidRPr="00286000" w:rsidRDefault="00543DFD" w:rsidP="003C220D">
            <w:pPr>
              <w:spacing w:after="0" w:line="276" w:lineRule="auto"/>
              <w:jc w:val="center"/>
              <w:rPr>
                <w:sz w:val="24"/>
                <w:szCs w:val="24"/>
              </w:rPr>
            </w:pPr>
            <w:r w:rsidRPr="00286000">
              <w:rPr>
                <w:b/>
                <w:color w:val="FFFFFF"/>
                <w:sz w:val="24"/>
                <w:szCs w:val="24"/>
              </w:rPr>
              <w:t>Role</w:t>
            </w:r>
          </w:p>
        </w:tc>
        <w:tc>
          <w:tcPr>
            <w:tcW w:w="4418" w:type="dxa"/>
            <w:tcBorders>
              <w:top w:val="single" w:sz="6" w:space="0" w:color="C9D6DF"/>
              <w:left w:val="single" w:sz="6" w:space="0" w:color="C9D6DF"/>
              <w:bottom w:val="single" w:sz="6" w:space="0" w:color="C9D6DF"/>
              <w:right w:val="single" w:sz="6" w:space="0" w:color="C9D6DF"/>
            </w:tcBorders>
            <w:shd w:val="clear" w:color="auto" w:fill="005B8E"/>
            <w:tcMar>
              <w:top w:w="75" w:type="dxa"/>
              <w:left w:w="70" w:type="dxa"/>
              <w:bottom w:w="75" w:type="dxa"/>
              <w:right w:w="70" w:type="dxa"/>
            </w:tcMar>
            <w:vAlign w:val="center"/>
          </w:tcPr>
          <w:p w14:paraId="40C5F396" w14:textId="77777777" w:rsidR="009E391D" w:rsidRPr="00286000" w:rsidRDefault="00543DFD" w:rsidP="003C220D">
            <w:pPr>
              <w:spacing w:after="0" w:line="276" w:lineRule="auto"/>
              <w:jc w:val="center"/>
              <w:rPr>
                <w:sz w:val="24"/>
                <w:szCs w:val="24"/>
              </w:rPr>
            </w:pPr>
            <w:r w:rsidRPr="00286000">
              <w:rPr>
                <w:b/>
                <w:color w:val="FFFFFF"/>
                <w:sz w:val="24"/>
                <w:szCs w:val="24"/>
              </w:rPr>
              <w:t>Responsibilities</w:t>
            </w:r>
          </w:p>
        </w:tc>
      </w:tr>
      <w:tr w:rsidR="009E391D" w:rsidRPr="00286000" w14:paraId="67299C08" w14:textId="77777777" w:rsidTr="003D210F">
        <w:trPr>
          <w:cantSplit/>
          <w:jc w:val="center"/>
        </w:trPr>
        <w:tc>
          <w:tcPr>
            <w:tcW w:w="226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7F657E23" w14:textId="0DFC6760" w:rsidR="009E391D" w:rsidRPr="00C4604D" w:rsidRDefault="009E391D" w:rsidP="003C220D">
            <w:pPr>
              <w:spacing w:after="0" w:line="276" w:lineRule="auto"/>
              <w:rPr>
                <w:sz w:val="24"/>
                <w:szCs w:val="24"/>
              </w:rPr>
            </w:pPr>
          </w:p>
        </w:tc>
        <w:tc>
          <w:tcPr>
            <w:tcW w:w="1985"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73A5072A" w14:textId="66420666" w:rsidR="009E391D" w:rsidRPr="00C4604D" w:rsidRDefault="009E391D" w:rsidP="003C220D">
            <w:pPr>
              <w:spacing w:after="0" w:line="276" w:lineRule="auto"/>
              <w:rPr>
                <w:sz w:val="24"/>
                <w:szCs w:val="24"/>
              </w:rPr>
            </w:pPr>
          </w:p>
        </w:tc>
        <w:tc>
          <w:tcPr>
            <w:tcW w:w="1701"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1D10B93E" w14:textId="72E214BA" w:rsidR="009E391D" w:rsidRPr="00C4604D" w:rsidRDefault="009E391D" w:rsidP="003C220D">
            <w:pPr>
              <w:spacing w:after="0" w:line="276" w:lineRule="auto"/>
              <w:rPr>
                <w:sz w:val="24"/>
                <w:szCs w:val="24"/>
              </w:rPr>
            </w:pPr>
          </w:p>
        </w:tc>
        <w:tc>
          <w:tcPr>
            <w:tcW w:w="441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59F310E" w14:textId="71EED804" w:rsidR="009E391D" w:rsidRPr="00C4604D" w:rsidRDefault="009E391D" w:rsidP="003C220D">
            <w:pPr>
              <w:spacing w:after="0" w:line="276" w:lineRule="auto"/>
              <w:rPr>
                <w:sz w:val="24"/>
                <w:szCs w:val="24"/>
              </w:rPr>
            </w:pPr>
          </w:p>
        </w:tc>
      </w:tr>
      <w:tr w:rsidR="00C4604D" w:rsidRPr="00286000" w14:paraId="30B37F3B" w14:textId="77777777" w:rsidTr="003D210F">
        <w:trPr>
          <w:cantSplit/>
          <w:jc w:val="center"/>
        </w:trPr>
        <w:tc>
          <w:tcPr>
            <w:tcW w:w="226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4253D6B7" w14:textId="5B7ADF5A" w:rsidR="00C4604D" w:rsidRPr="00286000" w:rsidRDefault="00C4604D" w:rsidP="00C4604D">
            <w:pPr>
              <w:spacing w:after="0" w:line="276" w:lineRule="auto"/>
              <w:rPr>
                <w:sz w:val="24"/>
                <w:szCs w:val="24"/>
              </w:rPr>
            </w:pPr>
          </w:p>
        </w:tc>
        <w:tc>
          <w:tcPr>
            <w:tcW w:w="1985"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5611555" w14:textId="017AB4E8" w:rsidR="00C4604D" w:rsidRPr="00286000" w:rsidRDefault="00C4604D" w:rsidP="00C4604D">
            <w:pPr>
              <w:spacing w:after="0" w:line="276" w:lineRule="auto"/>
              <w:rPr>
                <w:sz w:val="24"/>
                <w:szCs w:val="24"/>
              </w:rPr>
            </w:pPr>
          </w:p>
        </w:tc>
        <w:tc>
          <w:tcPr>
            <w:tcW w:w="1701"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187C121B" w14:textId="270838E0" w:rsidR="00C4604D" w:rsidRPr="00286000" w:rsidRDefault="00C4604D" w:rsidP="00C4604D">
            <w:pPr>
              <w:spacing w:after="0" w:line="276" w:lineRule="auto"/>
              <w:rPr>
                <w:sz w:val="24"/>
                <w:szCs w:val="24"/>
              </w:rPr>
            </w:pPr>
          </w:p>
        </w:tc>
        <w:tc>
          <w:tcPr>
            <w:tcW w:w="441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6ACF606F" w14:textId="27168C11" w:rsidR="00C4604D" w:rsidRPr="00286000" w:rsidRDefault="00C4604D" w:rsidP="00C4604D">
            <w:pPr>
              <w:spacing w:after="0" w:line="276" w:lineRule="auto"/>
              <w:rPr>
                <w:sz w:val="24"/>
                <w:szCs w:val="24"/>
              </w:rPr>
            </w:pPr>
          </w:p>
        </w:tc>
      </w:tr>
      <w:tr w:rsidR="00C4604D" w:rsidRPr="00723F0E" w14:paraId="4E991E66" w14:textId="77777777" w:rsidTr="003D210F">
        <w:trPr>
          <w:cantSplit/>
          <w:jc w:val="center"/>
        </w:trPr>
        <w:tc>
          <w:tcPr>
            <w:tcW w:w="2260"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86ACDD5" w14:textId="6D8A7110" w:rsidR="00C4604D" w:rsidRPr="00723F0E" w:rsidRDefault="00C4604D" w:rsidP="00C4604D">
            <w:pPr>
              <w:spacing w:after="0" w:line="276" w:lineRule="auto"/>
              <w:rPr>
                <w:sz w:val="24"/>
                <w:szCs w:val="24"/>
              </w:rPr>
            </w:pPr>
          </w:p>
        </w:tc>
        <w:tc>
          <w:tcPr>
            <w:tcW w:w="1985"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46730CF" w14:textId="742FEC55" w:rsidR="00C4604D" w:rsidRPr="00723F0E" w:rsidRDefault="00C4604D" w:rsidP="00C4604D">
            <w:pPr>
              <w:spacing w:after="0" w:line="276" w:lineRule="auto"/>
              <w:rPr>
                <w:sz w:val="24"/>
                <w:szCs w:val="24"/>
              </w:rPr>
            </w:pPr>
          </w:p>
        </w:tc>
        <w:tc>
          <w:tcPr>
            <w:tcW w:w="1701"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25C8332B" w14:textId="4A7B3869" w:rsidR="00C4604D" w:rsidRPr="00723F0E" w:rsidRDefault="00C4604D" w:rsidP="00C4604D">
            <w:pPr>
              <w:spacing w:after="0" w:line="276" w:lineRule="auto"/>
              <w:rPr>
                <w:sz w:val="24"/>
                <w:szCs w:val="24"/>
              </w:rPr>
            </w:pPr>
          </w:p>
        </w:tc>
        <w:tc>
          <w:tcPr>
            <w:tcW w:w="4418" w:type="dxa"/>
            <w:tcBorders>
              <w:top w:val="single" w:sz="6" w:space="0" w:color="C9D6DF"/>
              <w:left w:val="single" w:sz="6" w:space="0" w:color="C9D6DF"/>
              <w:bottom w:val="single" w:sz="6" w:space="0" w:color="C9D6DF"/>
              <w:right w:val="single" w:sz="6" w:space="0" w:color="C9D6DF"/>
            </w:tcBorders>
            <w:shd w:val="clear" w:color="auto" w:fill="FFFFFF"/>
            <w:tcMar>
              <w:top w:w="75" w:type="dxa"/>
              <w:left w:w="75" w:type="dxa"/>
              <w:bottom w:w="75" w:type="dxa"/>
              <w:right w:w="75" w:type="dxa"/>
            </w:tcMar>
          </w:tcPr>
          <w:p w14:paraId="0C5FB46B" w14:textId="13D76CF2" w:rsidR="00C4604D" w:rsidRPr="00723F0E" w:rsidRDefault="00C4604D" w:rsidP="00C4604D">
            <w:pPr>
              <w:spacing w:after="0" w:line="276" w:lineRule="auto"/>
              <w:rPr>
                <w:sz w:val="24"/>
                <w:szCs w:val="24"/>
              </w:rPr>
            </w:pPr>
          </w:p>
        </w:tc>
      </w:tr>
    </w:tbl>
    <w:p w14:paraId="519F8585" w14:textId="77777777" w:rsidR="003C220D" w:rsidRDefault="003C220D" w:rsidP="003C220D">
      <w:pPr>
        <w:keepNext/>
        <w:spacing w:before="60" w:after="40" w:line="276" w:lineRule="auto"/>
        <w:rPr>
          <w:b/>
          <w:color w:val="17324D"/>
          <w:sz w:val="24"/>
          <w:szCs w:val="24"/>
        </w:rPr>
      </w:pPr>
    </w:p>
    <w:p w14:paraId="2021780B" w14:textId="77777777" w:rsidR="00AE0EEC" w:rsidRDefault="00543DFD" w:rsidP="00AE0EEC">
      <w:pPr>
        <w:spacing w:after="0" w:line="276" w:lineRule="auto"/>
        <w:rPr>
          <w:i/>
          <w:color w:val="888888"/>
          <w:sz w:val="24"/>
          <w:szCs w:val="24"/>
        </w:rPr>
      </w:pPr>
      <w:r w:rsidRPr="00286000">
        <w:rPr>
          <w:b/>
          <w:color w:val="17324D"/>
          <w:sz w:val="24"/>
          <w:szCs w:val="24"/>
        </w:rPr>
        <w:t>Other experience working with athletes or sports teams</w:t>
      </w:r>
      <w:r w:rsidR="00AE0EEC">
        <w:rPr>
          <w:b/>
          <w:color w:val="17324D"/>
          <w:sz w:val="24"/>
          <w:szCs w:val="24"/>
        </w:rPr>
        <w:t xml:space="preserve">: </w:t>
      </w:r>
      <w:r w:rsidR="00AE0EEC" w:rsidRPr="00286000">
        <w:rPr>
          <w:i/>
          <w:color w:val="888888"/>
          <w:sz w:val="24"/>
          <w:szCs w:val="24"/>
        </w:rPr>
        <w:t>Include sport, competition level, role, years involved and the nature of your clinical responsibilities.</w:t>
      </w:r>
    </w:p>
    <w:p w14:paraId="52F953F2" w14:textId="3F06F3B8"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222"/>
      </w:tblGrid>
      <w:tr w:rsidR="009E391D" w:rsidRPr="00286000" w14:paraId="6AE576F5" w14:textId="77777777" w:rsidTr="00432724">
        <w:trPr>
          <w:jc w:val="center"/>
        </w:trPr>
        <w:tc>
          <w:tcPr>
            <w:tcW w:w="10222"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5B11707F" w14:textId="5D09D775" w:rsidR="00432724" w:rsidRDefault="00432724" w:rsidP="003C220D">
            <w:pPr>
              <w:spacing w:after="0" w:line="276" w:lineRule="auto"/>
              <w:rPr>
                <w:i/>
                <w:color w:val="888888"/>
                <w:sz w:val="24"/>
                <w:szCs w:val="24"/>
              </w:rPr>
            </w:pPr>
          </w:p>
          <w:p w14:paraId="7AB06930" w14:textId="77777777" w:rsidR="009E391D" w:rsidRDefault="009E391D" w:rsidP="003C220D">
            <w:pPr>
              <w:spacing w:after="0" w:line="276" w:lineRule="auto"/>
              <w:rPr>
                <w:iCs/>
                <w:sz w:val="24"/>
                <w:szCs w:val="24"/>
                <w:lang w:val="en-AU"/>
              </w:rPr>
            </w:pPr>
          </w:p>
          <w:p w14:paraId="56E8C46E" w14:textId="77777777" w:rsidR="00822BAE" w:rsidRDefault="00822BAE" w:rsidP="003C220D">
            <w:pPr>
              <w:spacing w:after="0" w:line="276" w:lineRule="auto"/>
              <w:rPr>
                <w:iCs/>
                <w:sz w:val="24"/>
                <w:szCs w:val="24"/>
                <w:lang w:val="en-AU"/>
              </w:rPr>
            </w:pPr>
          </w:p>
          <w:p w14:paraId="24C142CA" w14:textId="77777777" w:rsidR="00822BAE" w:rsidRDefault="00822BAE" w:rsidP="003C220D">
            <w:pPr>
              <w:spacing w:after="0" w:line="276" w:lineRule="auto"/>
              <w:rPr>
                <w:iCs/>
                <w:sz w:val="24"/>
                <w:szCs w:val="24"/>
                <w:lang w:val="en-AU"/>
              </w:rPr>
            </w:pPr>
          </w:p>
          <w:p w14:paraId="22E28A28" w14:textId="77777777" w:rsidR="00822BAE" w:rsidRDefault="00822BAE" w:rsidP="003C220D">
            <w:pPr>
              <w:spacing w:after="0" w:line="276" w:lineRule="auto"/>
              <w:rPr>
                <w:iCs/>
                <w:sz w:val="24"/>
                <w:szCs w:val="24"/>
                <w:lang w:val="en-AU"/>
              </w:rPr>
            </w:pPr>
          </w:p>
          <w:p w14:paraId="51DBB8B3" w14:textId="77777777" w:rsidR="00822BAE" w:rsidRDefault="00822BAE" w:rsidP="003C220D">
            <w:pPr>
              <w:spacing w:after="0" w:line="276" w:lineRule="auto"/>
              <w:rPr>
                <w:iCs/>
                <w:sz w:val="24"/>
                <w:szCs w:val="24"/>
                <w:lang w:val="en-AU"/>
              </w:rPr>
            </w:pPr>
          </w:p>
          <w:p w14:paraId="20166ED9" w14:textId="77777777" w:rsidR="00822BAE" w:rsidRDefault="00822BAE" w:rsidP="003C220D">
            <w:pPr>
              <w:spacing w:after="0" w:line="276" w:lineRule="auto"/>
              <w:rPr>
                <w:iCs/>
                <w:sz w:val="24"/>
                <w:szCs w:val="24"/>
                <w:lang w:val="en-AU"/>
              </w:rPr>
            </w:pPr>
          </w:p>
          <w:p w14:paraId="421641C2" w14:textId="2231E3B7" w:rsidR="00822BAE" w:rsidRPr="004E3804" w:rsidRDefault="00822BAE" w:rsidP="003C220D">
            <w:pPr>
              <w:spacing w:after="0" w:line="276" w:lineRule="auto"/>
              <w:rPr>
                <w:iCs/>
                <w:sz w:val="24"/>
                <w:szCs w:val="24"/>
                <w:lang w:val="en-AU"/>
              </w:rPr>
            </w:pPr>
          </w:p>
        </w:tc>
      </w:tr>
    </w:tbl>
    <w:p w14:paraId="6DF8B8B6" w14:textId="77777777" w:rsidR="003C220D" w:rsidRDefault="003C220D" w:rsidP="003C220D">
      <w:pPr>
        <w:keepNext/>
        <w:spacing w:before="60" w:after="40" w:line="276" w:lineRule="auto"/>
        <w:rPr>
          <w:b/>
          <w:color w:val="17324D"/>
          <w:sz w:val="24"/>
          <w:szCs w:val="24"/>
        </w:rPr>
      </w:pPr>
    </w:p>
    <w:p w14:paraId="7B310FF1" w14:textId="4CFAE76D" w:rsidR="00AE0EEC" w:rsidRDefault="00543DFD" w:rsidP="00AE0EEC">
      <w:pPr>
        <w:spacing w:after="0" w:line="276" w:lineRule="auto"/>
        <w:rPr>
          <w:i/>
          <w:color w:val="888888"/>
          <w:sz w:val="24"/>
          <w:szCs w:val="24"/>
        </w:rPr>
      </w:pPr>
      <w:r w:rsidRPr="00286000">
        <w:rPr>
          <w:b/>
          <w:color w:val="17324D"/>
          <w:sz w:val="24"/>
          <w:szCs w:val="24"/>
        </w:rPr>
        <w:t>Leadership, mentoring or team-management experience</w:t>
      </w:r>
      <w:r w:rsidR="00AE0EEC">
        <w:rPr>
          <w:b/>
          <w:color w:val="17324D"/>
          <w:sz w:val="24"/>
          <w:szCs w:val="24"/>
        </w:rPr>
        <w:t xml:space="preserve">: </w:t>
      </w:r>
      <w:r w:rsidR="00AE0EEC" w:rsidRPr="00286000">
        <w:rPr>
          <w:i/>
          <w:color w:val="888888"/>
          <w:sz w:val="24"/>
          <w:szCs w:val="24"/>
        </w:rPr>
        <w:t>Include roles such as team lead, Chef de Mission, clinical lead, faculty lead or professional mentor.</w:t>
      </w:r>
    </w:p>
    <w:p w14:paraId="001179C9" w14:textId="243D94F3"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6"/>
      </w:tblGrid>
      <w:tr w:rsidR="009E391D" w:rsidRPr="00286000" w14:paraId="11AD5061" w14:textId="77777777" w:rsidTr="00432724">
        <w:trPr>
          <w:jc w:val="center"/>
        </w:trPr>
        <w:tc>
          <w:tcPr>
            <w:tcW w:w="10366"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33137CAA" w14:textId="77777777" w:rsidR="009E391D" w:rsidRDefault="009E391D" w:rsidP="003C220D">
            <w:pPr>
              <w:spacing w:after="0" w:line="276" w:lineRule="auto"/>
              <w:rPr>
                <w:sz w:val="24"/>
                <w:szCs w:val="24"/>
                <w:lang w:val="en-AU"/>
              </w:rPr>
            </w:pPr>
          </w:p>
          <w:p w14:paraId="27A2149F" w14:textId="77777777" w:rsidR="00822BAE" w:rsidRDefault="00822BAE" w:rsidP="003C220D">
            <w:pPr>
              <w:spacing w:after="0" w:line="276" w:lineRule="auto"/>
              <w:rPr>
                <w:sz w:val="24"/>
                <w:szCs w:val="24"/>
                <w:lang w:val="en-AU"/>
              </w:rPr>
            </w:pPr>
          </w:p>
          <w:p w14:paraId="17CF24CC" w14:textId="77777777" w:rsidR="00822BAE" w:rsidRDefault="00822BAE" w:rsidP="003C220D">
            <w:pPr>
              <w:spacing w:after="0" w:line="276" w:lineRule="auto"/>
              <w:rPr>
                <w:sz w:val="24"/>
                <w:szCs w:val="24"/>
                <w:lang w:val="en-AU"/>
              </w:rPr>
            </w:pPr>
          </w:p>
          <w:p w14:paraId="6527B4EF" w14:textId="77777777" w:rsidR="00822BAE" w:rsidRDefault="00822BAE" w:rsidP="003C220D">
            <w:pPr>
              <w:spacing w:after="0" w:line="276" w:lineRule="auto"/>
              <w:rPr>
                <w:sz w:val="24"/>
                <w:szCs w:val="24"/>
                <w:lang w:val="en-AU"/>
              </w:rPr>
            </w:pPr>
          </w:p>
          <w:p w14:paraId="3E905C57" w14:textId="77777777" w:rsidR="00822BAE" w:rsidRDefault="00822BAE" w:rsidP="003C220D">
            <w:pPr>
              <w:spacing w:after="0" w:line="276" w:lineRule="auto"/>
              <w:rPr>
                <w:sz w:val="24"/>
                <w:szCs w:val="24"/>
                <w:lang w:val="en-AU"/>
              </w:rPr>
            </w:pPr>
          </w:p>
          <w:p w14:paraId="22A6B826" w14:textId="77777777" w:rsidR="00822BAE" w:rsidRDefault="00822BAE" w:rsidP="003C220D">
            <w:pPr>
              <w:spacing w:after="0" w:line="276" w:lineRule="auto"/>
              <w:rPr>
                <w:sz w:val="24"/>
                <w:szCs w:val="24"/>
                <w:lang w:val="en-AU"/>
              </w:rPr>
            </w:pPr>
          </w:p>
          <w:p w14:paraId="3979D356" w14:textId="355FBD7B" w:rsidR="00822BAE" w:rsidRPr="00B35F93" w:rsidRDefault="00822BAE" w:rsidP="003C220D">
            <w:pPr>
              <w:spacing w:after="0" w:line="276" w:lineRule="auto"/>
              <w:rPr>
                <w:sz w:val="24"/>
                <w:szCs w:val="24"/>
                <w:lang w:val="en-AU"/>
              </w:rPr>
            </w:pPr>
          </w:p>
        </w:tc>
      </w:tr>
    </w:tbl>
    <w:p w14:paraId="33787EF3" w14:textId="77777777" w:rsidR="003C220D" w:rsidRDefault="003C220D" w:rsidP="003C220D">
      <w:pPr>
        <w:keepNext/>
        <w:spacing w:before="60" w:after="40" w:line="276" w:lineRule="auto"/>
        <w:rPr>
          <w:b/>
          <w:color w:val="17324D"/>
          <w:sz w:val="24"/>
          <w:szCs w:val="24"/>
        </w:rPr>
      </w:pPr>
    </w:p>
    <w:p w14:paraId="25AB9AC0" w14:textId="77777777" w:rsidR="00AE0EEC" w:rsidRDefault="00AE0EEC" w:rsidP="00AE0EEC">
      <w:pPr>
        <w:spacing w:after="0" w:line="276" w:lineRule="auto"/>
        <w:rPr>
          <w:i/>
          <w:color w:val="888888"/>
          <w:sz w:val="24"/>
          <w:szCs w:val="24"/>
        </w:rPr>
      </w:pPr>
      <w:r>
        <w:rPr>
          <w:b/>
          <w:color w:val="17324D"/>
          <w:sz w:val="24"/>
          <w:szCs w:val="24"/>
        </w:rPr>
        <w:t>I</w:t>
      </w:r>
      <w:r w:rsidR="00543DFD" w:rsidRPr="00286000">
        <w:rPr>
          <w:b/>
          <w:color w:val="17324D"/>
          <w:sz w:val="24"/>
          <w:szCs w:val="24"/>
        </w:rPr>
        <w:t>nternational or cross-cultural experience</w:t>
      </w:r>
      <w:r>
        <w:rPr>
          <w:b/>
          <w:color w:val="17324D"/>
          <w:sz w:val="24"/>
          <w:szCs w:val="24"/>
        </w:rPr>
        <w:t xml:space="preserve">: </w:t>
      </w:r>
      <w:r w:rsidRPr="00286000">
        <w:rPr>
          <w:i/>
          <w:color w:val="888888"/>
          <w:sz w:val="24"/>
          <w:szCs w:val="24"/>
        </w:rPr>
        <w:t>Describe relevant experience working or teaching across countries, cultures, languages or scopes of practice.</w:t>
      </w:r>
    </w:p>
    <w:p w14:paraId="40F15AF3" w14:textId="435C7FC2"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224"/>
      </w:tblGrid>
      <w:tr w:rsidR="009E391D" w:rsidRPr="00286000" w14:paraId="20B87AC9" w14:textId="77777777" w:rsidTr="00432724">
        <w:trPr>
          <w:jc w:val="center"/>
        </w:trPr>
        <w:tc>
          <w:tcPr>
            <w:tcW w:w="1022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1CD73C08" w14:textId="77777777" w:rsidR="00855F59" w:rsidRDefault="00855F59" w:rsidP="003C220D">
            <w:pPr>
              <w:spacing w:after="0" w:line="276" w:lineRule="auto"/>
              <w:rPr>
                <w:i/>
                <w:color w:val="888888"/>
                <w:sz w:val="24"/>
                <w:szCs w:val="24"/>
              </w:rPr>
            </w:pPr>
          </w:p>
          <w:p w14:paraId="274B7745" w14:textId="77777777" w:rsidR="003D210F" w:rsidRDefault="003D210F" w:rsidP="003C220D">
            <w:pPr>
              <w:spacing w:after="0" w:line="276" w:lineRule="auto"/>
              <w:rPr>
                <w:sz w:val="24"/>
                <w:szCs w:val="24"/>
              </w:rPr>
            </w:pPr>
          </w:p>
          <w:p w14:paraId="3BC3ACE1" w14:textId="77777777" w:rsidR="00822BAE" w:rsidRDefault="00822BAE" w:rsidP="003C220D">
            <w:pPr>
              <w:spacing w:after="0" w:line="276" w:lineRule="auto"/>
              <w:rPr>
                <w:sz w:val="24"/>
                <w:szCs w:val="24"/>
              </w:rPr>
            </w:pPr>
          </w:p>
          <w:p w14:paraId="1A65A19F" w14:textId="77777777" w:rsidR="00822BAE" w:rsidRDefault="00822BAE" w:rsidP="003C220D">
            <w:pPr>
              <w:spacing w:after="0" w:line="276" w:lineRule="auto"/>
              <w:rPr>
                <w:sz w:val="24"/>
                <w:szCs w:val="24"/>
              </w:rPr>
            </w:pPr>
          </w:p>
          <w:p w14:paraId="4796E118" w14:textId="77777777" w:rsidR="00822BAE" w:rsidRDefault="00822BAE" w:rsidP="003C220D">
            <w:pPr>
              <w:spacing w:after="0" w:line="276" w:lineRule="auto"/>
              <w:rPr>
                <w:sz w:val="24"/>
                <w:szCs w:val="24"/>
              </w:rPr>
            </w:pPr>
          </w:p>
          <w:p w14:paraId="5A78A8A9" w14:textId="77777777" w:rsidR="00822BAE" w:rsidRDefault="00822BAE" w:rsidP="003C220D">
            <w:pPr>
              <w:spacing w:after="0" w:line="276" w:lineRule="auto"/>
              <w:rPr>
                <w:sz w:val="24"/>
                <w:szCs w:val="24"/>
              </w:rPr>
            </w:pPr>
          </w:p>
          <w:p w14:paraId="063B0196" w14:textId="01BE23B1" w:rsidR="00822BAE" w:rsidRPr="00286000" w:rsidRDefault="00822BAE" w:rsidP="003C220D">
            <w:pPr>
              <w:spacing w:after="0" w:line="276" w:lineRule="auto"/>
              <w:rPr>
                <w:sz w:val="24"/>
                <w:szCs w:val="24"/>
              </w:rPr>
            </w:pPr>
          </w:p>
        </w:tc>
      </w:tr>
    </w:tbl>
    <w:p w14:paraId="3F3100E2" w14:textId="77777777" w:rsidR="00AE0EEC" w:rsidRDefault="00AE0EEC" w:rsidP="003C220D">
      <w:pPr>
        <w:keepNext/>
        <w:spacing w:before="120" w:line="276" w:lineRule="auto"/>
        <w:rPr>
          <w:b/>
          <w:color w:val="17324D"/>
          <w:sz w:val="24"/>
          <w:szCs w:val="24"/>
        </w:rPr>
      </w:pPr>
    </w:p>
    <w:p w14:paraId="604B39B3" w14:textId="44EC578D" w:rsidR="009E391D" w:rsidRDefault="00AE0EEC" w:rsidP="00017560">
      <w:pPr>
        <w:pStyle w:val="Heading1"/>
        <w:rPr>
          <w:color w:val="17324D"/>
          <w:sz w:val="24"/>
          <w:szCs w:val="24"/>
        </w:rPr>
      </w:pPr>
      <w:bookmarkStart w:id="2" w:name="_Toc238111979"/>
      <w:r w:rsidRPr="00AE0EEC">
        <w:t xml:space="preserve">Part </w:t>
      </w:r>
      <w:r>
        <w:t>4</w:t>
      </w:r>
      <w:r w:rsidRPr="00AE0EEC">
        <w:t xml:space="preserve"> - </w:t>
      </w:r>
      <w:r w:rsidR="00543DFD" w:rsidRPr="00AE0EEC">
        <w:t xml:space="preserve">ICSC </w:t>
      </w:r>
      <w:r w:rsidR="00017560">
        <w:t xml:space="preserve">Strengths </w:t>
      </w:r>
      <w:r w:rsidRPr="00AE0EEC">
        <w:t>&amp; Travel C</w:t>
      </w:r>
      <w:r w:rsidR="00543DFD" w:rsidRPr="00AE0EEC">
        <w:t>apability</w:t>
      </w:r>
      <w:bookmarkEnd w:id="2"/>
      <w:r>
        <w:rPr>
          <w:color w:val="17324D"/>
          <w:sz w:val="24"/>
          <w:szCs w:val="24"/>
        </w:rPr>
        <w:br/>
      </w:r>
    </w:p>
    <w:p w14:paraId="2AF4E426" w14:textId="1F359994" w:rsidR="00017560"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60" w:after="40" w:line="276" w:lineRule="auto"/>
        <w:rPr>
          <w:iCs/>
          <w:color w:val="000000" w:themeColor="text1"/>
          <w:sz w:val="24"/>
          <w:szCs w:val="24"/>
        </w:rPr>
      </w:pPr>
      <w:r w:rsidRPr="0026376E">
        <w:rPr>
          <w:iCs/>
          <w:color w:val="000000" w:themeColor="text1"/>
          <w:sz w:val="24"/>
          <w:szCs w:val="24"/>
        </w:rPr>
        <w:t xml:space="preserve">Please identify the clinical, practical or sporting areas in which you have the strongest knowledge and teaching experience. Include any specialist skills that may be relevant to the ICSC </w:t>
      </w:r>
      <w:r w:rsidR="00017560">
        <w:rPr>
          <w:iCs/>
          <w:color w:val="000000" w:themeColor="text1"/>
          <w:sz w:val="24"/>
          <w:szCs w:val="24"/>
        </w:rPr>
        <w:t>c</w:t>
      </w:r>
      <w:r w:rsidRPr="0026376E">
        <w:rPr>
          <w:iCs/>
          <w:color w:val="000000" w:themeColor="text1"/>
          <w:sz w:val="24"/>
          <w:szCs w:val="24"/>
        </w:rPr>
        <w:t xml:space="preserve">urriculum, such as extremity assessment, rehabilitation, taping, concussion, athlete </w:t>
      </w:r>
    </w:p>
    <w:p w14:paraId="79078656" w14:textId="0FE14D97" w:rsidR="00AE0EEC" w:rsidRPr="0026376E" w:rsidRDefault="00017560" w:rsidP="0026376E">
      <w:pPr>
        <w:keepNext/>
        <w:pBdr>
          <w:top w:val="single" w:sz="4" w:space="1" w:color="auto"/>
          <w:left w:val="single" w:sz="4" w:space="4" w:color="auto"/>
          <w:bottom w:val="single" w:sz="4" w:space="1" w:color="auto"/>
          <w:right w:val="single" w:sz="4" w:space="4" w:color="auto"/>
        </w:pBdr>
        <w:shd w:val="clear" w:color="auto" w:fill="E6F3FF"/>
        <w:spacing w:before="60" w:after="40" w:line="276" w:lineRule="auto"/>
        <w:rPr>
          <w:iCs/>
          <w:color w:val="000000" w:themeColor="text1"/>
          <w:sz w:val="24"/>
          <w:szCs w:val="24"/>
        </w:rPr>
      </w:pPr>
      <w:r>
        <w:rPr>
          <w:iCs/>
          <w:color w:val="000000" w:themeColor="text1"/>
          <w:sz w:val="24"/>
          <w:szCs w:val="24"/>
        </w:rPr>
        <w:t>m</w:t>
      </w:r>
      <w:r w:rsidR="00432724" w:rsidRPr="0026376E">
        <w:rPr>
          <w:iCs/>
          <w:color w:val="000000" w:themeColor="text1"/>
          <w:sz w:val="24"/>
          <w:szCs w:val="24"/>
        </w:rPr>
        <w:t>anagement or event-based care.</w:t>
      </w:r>
    </w:p>
    <w:p w14:paraId="4FABB18F" w14:textId="77777777" w:rsidR="00432724" w:rsidRDefault="00432724" w:rsidP="003C220D">
      <w:pPr>
        <w:keepNext/>
        <w:spacing w:before="60" w:after="40" w:line="276" w:lineRule="auto"/>
        <w:rPr>
          <w:b/>
          <w:color w:val="17324D"/>
          <w:sz w:val="24"/>
          <w:szCs w:val="24"/>
        </w:rPr>
      </w:pPr>
    </w:p>
    <w:p w14:paraId="392775B9" w14:textId="77777777" w:rsidR="00AE0EEC" w:rsidRDefault="00543DFD" w:rsidP="00AE0EEC">
      <w:pPr>
        <w:spacing w:after="0" w:line="276" w:lineRule="auto"/>
        <w:rPr>
          <w:i/>
          <w:color w:val="888888"/>
          <w:sz w:val="24"/>
          <w:szCs w:val="24"/>
        </w:rPr>
      </w:pPr>
      <w:r w:rsidRPr="00286000">
        <w:rPr>
          <w:b/>
          <w:color w:val="17324D"/>
          <w:sz w:val="24"/>
          <w:szCs w:val="24"/>
        </w:rPr>
        <w:t>Areas of strongest subject expertise</w:t>
      </w:r>
      <w:r w:rsidR="00AE0EEC">
        <w:rPr>
          <w:b/>
          <w:color w:val="17324D"/>
          <w:sz w:val="24"/>
          <w:szCs w:val="24"/>
        </w:rPr>
        <w:t xml:space="preserve">: </w:t>
      </w:r>
      <w:r w:rsidR="00AE0EEC" w:rsidRPr="00286000">
        <w:rPr>
          <w:i/>
          <w:color w:val="888888"/>
          <w:sz w:val="24"/>
          <w:szCs w:val="24"/>
        </w:rPr>
        <w:t>Identify the ICSC subject areas or clinical topics you would be most confident teaching.</w:t>
      </w:r>
    </w:p>
    <w:p w14:paraId="40F16936" w14:textId="39DC13E6"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364"/>
      </w:tblGrid>
      <w:tr w:rsidR="009E391D" w:rsidRPr="00286000" w14:paraId="1A31D377" w14:textId="77777777" w:rsidTr="00432724">
        <w:trPr>
          <w:jc w:val="center"/>
        </w:trPr>
        <w:tc>
          <w:tcPr>
            <w:tcW w:w="1036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54132FCD" w14:textId="77777777" w:rsidR="00855F59" w:rsidRDefault="00855F59" w:rsidP="003C220D">
            <w:pPr>
              <w:spacing w:after="0" w:line="276" w:lineRule="auto"/>
              <w:rPr>
                <w:i/>
                <w:color w:val="888888"/>
                <w:sz w:val="24"/>
                <w:szCs w:val="24"/>
              </w:rPr>
            </w:pPr>
          </w:p>
          <w:p w14:paraId="1E9C7116" w14:textId="77777777" w:rsidR="0026376E" w:rsidRDefault="0026376E" w:rsidP="00A56E74">
            <w:pPr>
              <w:spacing w:after="0" w:line="276" w:lineRule="auto"/>
              <w:rPr>
                <w:sz w:val="24"/>
                <w:szCs w:val="24"/>
              </w:rPr>
            </w:pPr>
          </w:p>
          <w:p w14:paraId="2EB7AE5B" w14:textId="77777777" w:rsidR="00822BAE" w:rsidRDefault="00822BAE" w:rsidP="00A56E74">
            <w:pPr>
              <w:spacing w:after="0" w:line="276" w:lineRule="auto"/>
              <w:rPr>
                <w:sz w:val="24"/>
                <w:szCs w:val="24"/>
              </w:rPr>
            </w:pPr>
          </w:p>
          <w:p w14:paraId="7C76E3A6" w14:textId="77777777" w:rsidR="00822BAE" w:rsidRDefault="00822BAE" w:rsidP="00A56E74">
            <w:pPr>
              <w:spacing w:after="0" w:line="276" w:lineRule="auto"/>
              <w:rPr>
                <w:sz w:val="24"/>
                <w:szCs w:val="24"/>
              </w:rPr>
            </w:pPr>
          </w:p>
          <w:p w14:paraId="292FEEEA" w14:textId="77777777" w:rsidR="0026376E" w:rsidRDefault="0026376E" w:rsidP="00A56E74">
            <w:pPr>
              <w:spacing w:after="0" w:line="276" w:lineRule="auto"/>
              <w:rPr>
                <w:sz w:val="24"/>
                <w:szCs w:val="24"/>
              </w:rPr>
            </w:pPr>
          </w:p>
          <w:p w14:paraId="5F2B6A3C" w14:textId="77777777" w:rsidR="0026376E" w:rsidRDefault="0026376E" w:rsidP="00A56E74">
            <w:pPr>
              <w:spacing w:after="0" w:line="276" w:lineRule="auto"/>
              <w:rPr>
                <w:sz w:val="24"/>
                <w:szCs w:val="24"/>
              </w:rPr>
            </w:pPr>
          </w:p>
          <w:p w14:paraId="0C1756BC" w14:textId="77777777" w:rsidR="0026376E" w:rsidRDefault="0026376E" w:rsidP="00A56E74">
            <w:pPr>
              <w:spacing w:after="0" w:line="276" w:lineRule="auto"/>
              <w:rPr>
                <w:sz w:val="24"/>
                <w:szCs w:val="24"/>
              </w:rPr>
            </w:pPr>
          </w:p>
          <w:p w14:paraId="6EF36F52" w14:textId="77777777" w:rsidR="0026376E" w:rsidRDefault="0026376E" w:rsidP="00A56E74">
            <w:pPr>
              <w:spacing w:after="0" w:line="276" w:lineRule="auto"/>
              <w:rPr>
                <w:sz w:val="24"/>
                <w:szCs w:val="24"/>
              </w:rPr>
            </w:pPr>
          </w:p>
          <w:p w14:paraId="70F2A07D" w14:textId="77777777" w:rsidR="00822BAE" w:rsidRDefault="00822BAE" w:rsidP="00A56E74">
            <w:pPr>
              <w:spacing w:after="0" w:line="276" w:lineRule="auto"/>
              <w:rPr>
                <w:sz w:val="24"/>
                <w:szCs w:val="24"/>
              </w:rPr>
            </w:pPr>
          </w:p>
          <w:p w14:paraId="085E06A6" w14:textId="61EB50BC" w:rsidR="00822BAE" w:rsidRPr="00286000" w:rsidRDefault="00822BAE" w:rsidP="00A56E74">
            <w:pPr>
              <w:spacing w:after="0" w:line="276" w:lineRule="auto"/>
              <w:rPr>
                <w:sz w:val="24"/>
                <w:szCs w:val="24"/>
              </w:rPr>
            </w:pPr>
          </w:p>
        </w:tc>
      </w:tr>
    </w:tbl>
    <w:p w14:paraId="05ED2466" w14:textId="16CB2101" w:rsidR="0026376E" w:rsidRDefault="0026376E" w:rsidP="003C220D">
      <w:pPr>
        <w:spacing w:before="60" w:after="20" w:line="276" w:lineRule="auto"/>
        <w:rPr>
          <w:b/>
          <w:color w:val="17324D"/>
          <w:sz w:val="24"/>
          <w:szCs w:val="24"/>
        </w:rPr>
      </w:pPr>
      <w:r>
        <w:rPr>
          <w:b/>
          <w:color w:val="17324D"/>
          <w:sz w:val="24"/>
          <w:szCs w:val="24"/>
        </w:rPr>
        <w:br w:type="page"/>
      </w:r>
    </w:p>
    <w:p w14:paraId="70BA07B4" w14:textId="2246E174" w:rsidR="009E391D" w:rsidRPr="003C220D" w:rsidRDefault="00543DFD" w:rsidP="003C220D">
      <w:pPr>
        <w:spacing w:after="0" w:line="276" w:lineRule="auto"/>
        <w:rPr>
          <w:sz w:val="24"/>
          <w:szCs w:val="24"/>
        </w:rPr>
      </w:pPr>
      <w:r w:rsidRPr="00286000">
        <w:rPr>
          <w:b/>
          <w:color w:val="17324D"/>
          <w:sz w:val="24"/>
          <w:szCs w:val="24"/>
        </w:rPr>
        <w:lastRenderedPageBreak/>
        <w:t>Travel and typical availability</w:t>
      </w:r>
    </w:p>
    <w:p w14:paraId="34E9375E" w14:textId="77777777" w:rsidR="00432724" w:rsidRPr="0026376E"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This section helps FICS understand where applicants are available to teach and whether they are seeking seminar opportunities within their region or are willing to travel internationally.</w:t>
      </w:r>
    </w:p>
    <w:p w14:paraId="619309E0" w14:textId="77777777" w:rsidR="00AE0EEC"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 xml:space="preserve">Please note that for an instructor’s first supervised seminar, FICS covers approved economy </w:t>
      </w:r>
    </w:p>
    <w:p w14:paraId="71FDEF08" w14:textId="60EEC245" w:rsidR="00432724" w:rsidRPr="0026376E" w:rsidRDefault="00AE0EEC"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Pr>
          <w:iCs/>
          <w:color w:val="000000" w:themeColor="text1"/>
          <w:sz w:val="24"/>
          <w:szCs w:val="24"/>
        </w:rPr>
        <w:t>t</w:t>
      </w:r>
      <w:r w:rsidR="00432724" w:rsidRPr="0026376E">
        <w:rPr>
          <w:iCs/>
          <w:color w:val="000000" w:themeColor="text1"/>
          <w:sz w:val="24"/>
          <w:szCs w:val="24"/>
        </w:rPr>
        <w:t>ravel and accommodation; however, no instructor fee is paid. Instructor fees commence once the individual progresses to Assistant Instructor and Master Instructor levels.</w:t>
      </w:r>
    </w:p>
    <w:p w14:paraId="18886A2E" w14:textId="4A2C593C" w:rsidR="00432724" w:rsidRPr="0026376E"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b/>
          <w:bCs/>
          <w:iCs/>
          <w:color w:val="000000" w:themeColor="text1"/>
          <w:sz w:val="24"/>
          <w:szCs w:val="24"/>
        </w:rPr>
        <w:t>Applicants should indicate:</w:t>
      </w:r>
      <w:r w:rsidR="0026376E" w:rsidRPr="0026376E">
        <w:rPr>
          <w:b/>
          <w:bCs/>
          <w:iCs/>
          <w:color w:val="000000" w:themeColor="text1"/>
          <w:sz w:val="24"/>
          <w:szCs w:val="24"/>
        </w:rPr>
        <w:t xml:space="preserve"> </w:t>
      </w:r>
      <w:r w:rsidR="0026376E">
        <w:rPr>
          <w:b/>
          <w:bCs/>
          <w:iCs/>
          <w:color w:val="000000" w:themeColor="text1"/>
          <w:sz w:val="24"/>
          <w:szCs w:val="24"/>
        </w:rPr>
        <w:br/>
      </w:r>
      <w:r w:rsidR="0026376E">
        <w:rPr>
          <w:iCs/>
          <w:color w:val="000000" w:themeColor="text1"/>
          <w:sz w:val="24"/>
          <w:szCs w:val="24"/>
        </w:rPr>
        <w:t xml:space="preserve">- </w:t>
      </w:r>
      <w:r w:rsidRPr="0026376E">
        <w:rPr>
          <w:iCs/>
          <w:color w:val="000000" w:themeColor="text1"/>
          <w:sz w:val="24"/>
          <w:szCs w:val="24"/>
        </w:rPr>
        <w:t>Regions or countries where they are available to teach</w:t>
      </w:r>
      <w:r w:rsidR="0026376E">
        <w:rPr>
          <w:iCs/>
          <w:color w:val="000000" w:themeColor="text1"/>
          <w:sz w:val="24"/>
          <w:szCs w:val="24"/>
        </w:rPr>
        <w:t xml:space="preserve">; </w:t>
      </w:r>
      <w:r w:rsidR="0053371E">
        <w:rPr>
          <w:iCs/>
          <w:color w:val="000000" w:themeColor="text1"/>
          <w:sz w:val="24"/>
          <w:szCs w:val="24"/>
        </w:rPr>
        <w:br/>
      </w:r>
      <w:r w:rsidR="0026376E">
        <w:rPr>
          <w:iCs/>
          <w:color w:val="000000" w:themeColor="text1"/>
          <w:sz w:val="24"/>
          <w:szCs w:val="24"/>
        </w:rPr>
        <w:t xml:space="preserve">- </w:t>
      </w:r>
      <w:r w:rsidRPr="0026376E">
        <w:rPr>
          <w:iCs/>
          <w:color w:val="000000" w:themeColor="text1"/>
          <w:sz w:val="24"/>
          <w:szCs w:val="24"/>
        </w:rPr>
        <w:t>Whether they are willing to travel internationally</w:t>
      </w:r>
      <w:r w:rsidR="0026376E">
        <w:rPr>
          <w:iCs/>
          <w:color w:val="000000" w:themeColor="text1"/>
          <w:sz w:val="24"/>
          <w:szCs w:val="24"/>
        </w:rPr>
        <w:t xml:space="preserve">; </w:t>
      </w:r>
      <w:r w:rsidR="00017560">
        <w:rPr>
          <w:iCs/>
          <w:color w:val="000000" w:themeColor="text1"/>
          <w:sz w:val="24"/>
          <w:szCs w:val="24"/>
        </w:rPr>
        <w:br/>
      </w:r>
      <w:r w:rsidR="0026376E">
        <w:rPr>
          <w:iCs/>
          <w:color w:val="000000" w:themeColor="text1"/>
          <w:sz w:val="24"/>
          <w:szCs w:val="24"/>
        </w:rPr>
        <w:t xml:space="preserve">- </w:t>
      </w:r>
      <w:r w:rsidRPr="0026376E">
        <w:rPr>
          <w:iCs/>
          <w:color w:val="000000" w:themeColor="text1"/>
          <w:sz w:val="24"/>
          <w:szCs w:val="24"/>
        </w:rPr>
        <w:t>Typical availability throughout the year</w:t>
      </w:r>
      <w:r w:rsidR="0026376E">
        <w:rPr>
          <w:iCs/>
          <w:color w:val="000000" w:themeColor="text1"/>
          <w:sz w:val="24"/>
          <w:szCs w:val="24"/>
        </w:rPr>
        <w:t xml:space="preserve">; </w:t>
      </w:r>
      <w:r w:rsidR="0026376E">
        <w:rPr>
          <w:iCs/>
          <w:color w:val="000000" w:themeColor="text1"/>
          <w:sz w:val="24"/>
          <w:szCs w:val="24"/>
        </w:rPr>
        <w:br/>
        <w:t xml:space="preserve">- </w:t>
      </w:r>
      <w:r w:rsidRPr="0026376E">
        <w:rPr>
          <w:iCs/>
          <w:color w:val="000000" w:themeColor="text1"/>
          <w:sz w:val="24"/>
          <w:szCs w:val="24"/>
        </w:rPr>
        <w:t>Any travel restrictions or advance notice required</w:t>
      </w:r>
    </w:p>
    <w:p w14:paraId="4DD346C2" w14:textId="77777777" w:rsidR="00855F59" w:rsidRPr="00855F59" w:rsidRDefault="00855F59" w:rsidP="00855F59">
      <w:pPr>
        <w:keepNext/>
        <w:spacing w:after="0" w:line="276" w:lineRule="auto"/>
        <w:ind w:left="720"/>
        <w:rPr>
          <w:i/>
          <w:color w:val="888888"/>
          <w:sz w:val="24"/>
          <w:szCs w:val="24"/>
        </w:rPr>
      </w:pPr>
    </w:p>
    <w:tbl>
      <w:tblPr>
        <w:tblW w:w="0" w:type="auto"/>
        <w:jc w:val="center"/>
        <w:tblLayout w:type="fixed"/>
        <w:tblLook w:val="04A0" w:firstRow="1" w:lastRow="0" w:firstColumn="1" w:lastColumn="0" w:noHBand="0" w:noVBand="1"/>
      </w:tblPr>
      <w:tblGrid>
        <w:gridCol w:w="5224"/>
        <w:gridCol w:w="5385"/>
      </w:tblGrid>
      <w:tr w:rsidR="009E391D" w:rsidRPr="00286000" w14:paraId="5D66BB75" w14:textId="77777777" w:rsidTr="00AE0EEC">
        <w:trPr>
          <w:trHeight w:val="806"/>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2BC67CCD" w14:textId="18F518E6" w:rsidR="009E391D" w:rsidRPr="00286000" w:rsidRDefault="00543DFD" w:rsidP="003C220D">
            <w:pPr>
              <w:spacing w:after="0" w:line="276" w:lineRule="auto"/>
              <w:rPr>
                <w:sz w:val="24"/>
                <w:szCs w:val="24"/>
              </w:rPr>
            </w:pPr>
            <w:r w:rsidRPr="00286000">
              <w:rPr>
                <w:b/>
                <w:color w:val="17324D"/>
                <w:sz w:val="24"/>
                <w:szCs w:val="24"/>
              </w:rPr>
              <w:t>Travel within your country</w:t>
            </w:r>
            <w:r w:rsidR="00821DD0">
              <w:rPr>
                <w:b/>
                <w:color w:val="17324D"/>
                <w:sz w:val="24"/>
                <w:szCs w:val="24"/>
              </w:rPr>
              <w:t xml:space="preserve"> </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770BB560" w14:textId="77777777" w:rsidR="009E391D" w:rsidRDefault="009E391D" w:rsidP="003C220D">
            <w:pPr>
              <w:spacing w:after="0" w:line="276" w:lineRule="auto"/>
              <w:rPr>
                <w:sz w:val="24"/>
                <w:szCs w:val="24"/>
              </w:rPr>
            </w:pPr>
          </w:p>
          <w:p w14:paraId="78AE9A6A" w14:textId="2703CE6D" w:rsidR="0026376E" w:rsidRPr="00286000" w:rsidRDefault="0026376E" w:rsidP="003C220D">
            <w:pPr>
              <w:spacing w:after="0" w:line="276" w:lineRule="auto"/>
              <w:rPr>
                <w:sz w:val="24"/>
                <w:szCs w:val="24"/>
              </w:rPr>
            </w:pPr>
          </w:p>
        </w:tc>
      </w:tr>
      <w:tr w:rsidR="009E391D" w:rsidRPr="00286000" w14:paraId="5E76D29A" w14:textId="77777777" w:rsidTr="00AE0EEC">
        <w:trPr>
          <w:trHeight w:val="384"/>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49326785" w14:textId="0DC8DC4A" w:rsidR="009E391D" w:rsidRPr="00286000" w:rsidRDefault="00543DFD" w:rsidP="003C220D">
            <w:pPr>
              <w:spacing w:after="0" w:line="276" w:lineRule="auto"/>
              <w:rPr>
                <w:sz w:val="24"/>
                <w:szCs w:val="24"/>
              </w:rPr>
            </w:pPr>
            <w:r w:rsidRPr="00286000">
              <w:rPr>
                <w:b/>
                <w:color w:val="17324D"/>
                <w:sz w:val="24"/>
                <w:szCs w:val="24"/>
              </w:rPr>
              <w:t>International travel</w:t>
            </w:r>
            <w:r w:rsidR="00821DD0">
              <w:rPr>
                <w:b/>
                <w:color w:val="17324D"/>
                <w:sz w:val="24"/>
                <w:szCs w:val="24"/>
              </w:rPr>
              <w:t xml:space="preserve"> </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2DBA485D" w14:textId="5812FE8B" w:rsidR="009E391D" w:rsidRPr="00286000" w:rsidRDefault="009E391D" w:rsidP="003C220D">
            <w:pPr>
              <w:spacing w:after="0" w:line="276" w:lineRule="auto"/>
              <w:rPr>
                <w:sz w:val="24"/>
                <w:szCs w:val="24"/>
              </w:rPr>
            </w:pPr>
          </w:p>
        </w:tc>
      </w:tr>
      <w:tr w:rsidR="009E391D" w:rsidRPr="00286000" w14:paraId="6CBB3FC7" w14:textId="77777777" w:rsidTr="00AE0EEC">
        <w:trPr>
          <w:trHeight w:val="1209"/>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57B54320" w14:textId="77777777" w:rsidR="009E391D" w:rsidRDefault="00543DFD" w:rsidP="003C220D">
            <w:pPr>
              <w:spacing w:after="0" w:line="276" w:lineRule="auto"/>
              <w:rPr>
                <w:b/>
                <w:color w:val="17324D"/>
                <w:sz w:val="24"/>
                <w:szCs w:val="24"/>
              </w:rPr>
            </w:pPr>
            <w:r w:rsidRPr="00286000">
              <w:rPr>
                <w:b/>
                <w:color w:val="17324D"/>
                <w:sz w:val="24"/>
                <w:szCs w:val="24"/>
              </w:rPr>
              <w:t>Typical notice required</w:t>
            </w:r>
          </w:p>
          <w:p w14:paraId="0F7A4E57" w14:textId="41F566D6" w:rsidR="00821DD0" w:rsidRPr="00286000" w:rsidRDefault="00821DD0" w:rsidP="003C220D">
            <w:pPr>
              <w:spacing w:after="0" w:line="276" w:lineRule="auto"/>
              <w:rPr>
                <w:sz w:val="24"/>
                <w:szCs w:val="24"/>
              </w:rPr>
            </w:pPr>
            <w:r w:rsidRPr="00286000">
              <w:rPr>
                <w:i/>
                <w:color w:val="666666"/>
                <w:sz w:val="24"/>
                <w:szCs w:val="24"/>
              </w:rPr>
              <w:t xml:space="preserve">Under 3 months  </w:t>
            </w:r>
            <w:r>
              <w:rPr>
                <w:i/>
                <w:color w:val="666666"/>
                <w:sz w:val="24"/>
                <w:szCs w:val="24"/>
              </w:rPr>
              <w:t xml:space="preserve">/ </w:t>
            </w:r>
            <w:r w:rsidRPr="00286000">
              <w:rPr>
                <w:i/>
                <w:color w:val="666666"/>
                <w:sz w:val="24"/>
                <w:szCs w:val="24"/>
              </w:rPr>
              <w:t>3</w:t>
            </w:r>
            <w:r w:rsidRPr="00286000">
              <w:rPr>
                <w:rFonts w:cs="Arial"/>
                <w:i/>
                <w:color w:val="666666"/>
                <w:sz w:val="24"/>
                <w:szCs w:val="24"/>
              </w:rPr>
              <w:t>–</w:t>
            </w:r>
            <w:r w:rsidRPr="00286000">
              <w:rPr>
                <w:i/>
                <w:color w:val="666666"/>
                <w:sz w:val="24"/>
                <w:szCs w:val="24"/>
              </w:rPr>
              <w:t xml:space="preserve">6 months  </w:t>
            </w:r>
            <w:r>
              <w:rPr>
                <w:i/>
                <w:color w:val="666666"/>
                <w:sz w:val="24"/>
                <w:szCs w:val="24"/>
              </w:rPr>
              <w:t xml:space="preserve">/ </w:t>
            </w:r>
            <w:r w:rsidRPr="00286000">
              <w:rPr>
                <w:i/>
                <w:color w:val="666666"/>
                <w:sz w:val="24"/>
                <w:szCs w:val="24"/>
              </w:rPr>
              <w:t>6–12 months</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21C24C3" w14:textId="6BBBF741" w:rsidR="009E391D" w:rsidRPr="00286000" w:rsidRDefault="009E391D" w:rsidP="003C220D">
            <w:pPr>
              <w:spacing w:after="0" w:line="276" w:lineRule="auto"/>
              <w:rPr>
                <w:sz w:val="24"/>
                <w:szCs w:val="24"/>
              </w:rPr>
            </w:pPr>
          </w:p>
        </w:tc>
      </w:tr>
      <w:tr w:rsidR="009E391D" w:rsidRPr="00286000" w14:paraId="0656C0CD" w14:textId="77777777" w:rsidTr="00AE0EEC">
        <w:trPr>
          <w:trHeight w:val="1209"/>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668AA78E" w14:textId="3464A713" w:rsidR="009E391D" w:rsidRPr="00286000" w:rsidRDefault="00543DFD" w:rsidP="003C220D">
            <w:pPr>
              <w:spacing w:after="0" w:line="276" w:lineRule="auto"/>
              <w:rPr>
                <w:sz w:val="24"/>
                <w:szCs w:val="24"/>
              </w:rPr>
            </w:pPr>
            <w:r w:rsidRPr="00286000">
              <w:rPr>
                <w:b/>
                <w:color w:val="17324D"/>
                <w:sz w:val="24"/>
                <w:szCs w:val="24"/>
              </w:rPr>
              <w:t>Typical annual availability</w:t>
            </w:r>
            <w:r w:rsidR="00821DD0">
              <w:rPr>
                <w:b/>
                <w:color w:val="17324D"/>
                <w:sz w:val="24"/>
                <w:szCs w:val="24"/>
              </w:rPr>
              <w:t xml:space="preserve"> </w:t>
            </w:r>
            <w:r w:rsidR="00821DD0">
              <w:rPr>
                <w:b/>
                <w:color w:val="17324D"/>
                <w:sz w:val="24"/>
                <w:szCs w:val="24"/>
              </w:rPr>
              <w:br/>
            </w:r>
            <w:r w:rsidR="00821DD0" w:rsidRPr="00286000">
              <w:rPr>
                <w:i/>
                <w:color w:val="666666"/>
                <w:sz w:val="24"/>
                <w:szCs w:val="24"/>
              </w:rPr>
              <w:t>Approximate number of seminars you could support each year</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704AF2EF" w14:textId="250973DF" w:rsidR="009E391D" w:rsidRPr="00286000" w:rsidRDefault="009E391D" w:rsidP="003C220D">
            <w:pPr>
              <w:spacing w:after="0" w:line="276" w:lineRule="auto"/>
              <w:rPr>
                <w:sz w:val="24"/>
                <w:szCs w:val="24"/>
              </w:rPr>
            </w:pPr>
          </w:p>
        </w:tc>
      </w:tr>
      <w:tr w:rsidR="009E391D" w:rsidRPr="00286000" w14:paraId="30B57A5A" w14:textId="77777777" w:rsidTr="00AE0EEC">
        <w:trPr>
          <w:trHeight w:val="1209"/>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51074A80" w14:textId="77777777" w:rsidR="009E391D" w:rsidRDefault="00543DFD" w:rsidP="003C220D">
            <w:pPr>
              <w:spacing w:after="0" w:line="276" w:lineRule="auto"/>
              <w:rPr>
                <w:b/>
                <w:color w:val="17324D"/>
                <w:sz w:val="24"/>
                <w:szCs w:val="24"/>
              </w:rPr>
            </w:pPr>
            <w:r w:rsidRPr="00286000">
              <w:rPr>
                <w:b/>
                <w:color w:val="17324D"/>
                <w:sz w:val="24"/>
                <w:szCs w:val="24"/>
              </w:rPr>
              <w:t>Weekday availability</w:t>
            </w:r>
          </w:p>
          <w:p w14:paraId="492F2342" w14:textId="7F2417CB" w:rsidR="00821DD0" w:rsidRPr="00286000" w:rsidRDefault="00821DD0" w:rsidP="003C220D">
            <w:pPr>
              <w:spacing w:after="0" w:line="276" w:lineRule="auto"/>
              <w:rPr>
                <w:sz w:val="24"/>
                <w:szCs w:val="24"/>
              </w:rPr>
            </w:pPr>
            <w:r w:rsidRPr="00286000">
              <w:rPr>
                <w:i/>
                <w:color w:val="666666"/>
                <w:sz w:val="24"/>
                <w:szCs w:val="24"/>
              </w:rPr>
              <w:t>Usually available</w:t>
            </w:r>
            <w:r>
              <w:rPr>
                <w:i/>
                <w:color w:val="666666"/>
                <w:sz w:val="24"/>
                <w:szCs w:val="24"/>
              </w:rPr>
              <w:t xml:space="preserve"> / </w:t>
            </w:r>
            <w:r w:rsidRPr="00286000">
              <w:rPr>
                <w:i/>
                <w:color w:val="666666"/>
                <w:sz w:val="24"/>
                <w:szCs w:val="24"/>
              </w:rPr>
              <w:t xml:space="preserve">Sometimes available </w:t>
            </w:r>
            <w:r>
              <w:rPr>
                <w:i/>
                <w:color w:val="666666"/>
                <w:sz w:val="24"/>
                <w:szCs w:val="24"/>
              </w:rPr>
              <w:t xml:space="preserve"> / </w:t>
            </w:r>
            <w:r w:rsidRPr="00286000">
              <w:rPr>
                <w:i/>
                <w:color w:val="666666"/>
                <w:sz w:val="24"/>
                <w:szCs w:val="24"/>
              </w:rPr>
              <w:t>Rarely available</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306869F4" w14:textId="76AF0434" w:rsidR="009E391D" w:rsidRPr="00286000" w:rsidRDefault="009E391D" w:rsidP="003C220D">
            <w:pPr>
              <w:spacing w:after="0" w:line="276" w:lineRule="auto"/>
              <w:rPr>
                <w:sz w:val="24"/>
                <w:szCs w:val="24"/>
              </w:rPr>
            </w:pPr>
          </w:p>
        </w:tc>
      </w:tr>
      <w:tr w:rsidR="009E391D" w:rsidRPr="00286000" w14:paraId="0621C7D4" w14:textId="77777777" w:rsidTr="00AE0EEC">
        <w:trPr>
          <w:trHeight w:val="787"/>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D2397D3" w14:textId="3115FA41" w:rsidR="009E391D" w:rsidRPr="00286000" w:rsidRDefault="00543DFD" w:rsidP="003C220D">
            <w:pPr>
              <w:spacing w:after="0" w:line="276" w:lineRule="auto"/>
              <w:rPr>
                <w:sz w:val="24"/>
                <w:szCs w:val="24"/>
              </w:rPr>
            </w:pPr>
            <w:r w:rsidRPr="00286000">
              <w:rPr>
                <w:b/>
                <w:color w:val="17324D"/>
                <w:sz w:val="24"/>
                <w:szCs w:val="24"/>
              </w:rPr>
              <w:t>Weekend availability</w:t>
            </w:r>
            <w:r w:rsidR="00821DD0">
              <w:rPr>
                <w:b/>
                <w:color w:val="17324D"/>
                <w:sz w:val="24"/>
                <w:szCs w:val="24"/>
              </w:rPr>
              <w:t xml:space="preserve">: </w:t>
            </w:r>
            <w:r w:rsidR="00821DD0" w:rsidRPr="00286000">
              <w:rPr>
                <w:i/>
                <w:color w:val="666666"/>
                <w:sz w:val="24"/>
                <w:szCs w:val="24"/>
              </w:rPr>
              <w:t>Usually available</w:t>
            </w:r>
            <w:r w:rsidR="00821DD0">
              <w:rPr>
                <w:i/>
                <w:color w:val="666666"/>
                <w:sz w:val="24"/>
                <w:szCs w:val="24"/>
              </w:rPr>
              <w:t xml:space="preserve"> / </w:t>
            </w:r>
            <w:r w:rsidR="00821DD0" w:rsidRPr="00286000">
              <w:rPr>
                <w:i/>
                <w:color w:val="666666"/>
                <w:sz w:val="24"/>
                <w:szCs w:val="24"/>
              </w:rPr>
              <w:t xml:space="preserve">Sometimes available </w:t>
            </w:r>
            <w:r w:rsidR="00821DD0">
              <w:rPr>
                <w:i/>
                <w:color w:val="666666"/>
                <w:sz w:val="24"/>
                <w:szCs w:val="24"/>
              </w:rPr>
              <w:t xml:space="preserve"> / </w:t>
            </w:r>
            <w:r w:rsidR="00821DD0" w:rsidRPr="00286000">
              <w:rPr>
                <w:i/>
                <w:color w:val="666666"/>
                <w:sz w:val="24"/>
                <w:szCs w:val="24"/>
              </w:rPr>
              <w:t>Rarely available</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19845E49" w14:textId="3341490F" w:rsidR="009E391D" w:rsidRPr="00286000" w:rsidRDefault="009E391D" w:rsidP="003C220D">
            <w:pPr>
              <w:spacing w:after="0" w:line="276" w:lineRule="auto"/>
              <w:rPr>
                <w:sz w:val="24"/>
                <w:szCs w:val="24"/>
              </w:rPr>
            </w:pPr>
          </w:p>
        </w:tc>
      </w:tr>
      <w:tr w:rsidR="009E391D" w:rsidRPr="00286000" w14:paraId="6C2D4FB3" w14:textId="77777777" w:rsidTr="00AE0EEC">
        <w:trPr>
          <w:trHeight w:val="806"/>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58FBB10F" w14:textId="7CD0DC8D" w:rsidR="009E391D" w:rsidRPr="00286000" w:rsidRDefault="00543DFD" w:rsidP="003C220D">
            <w:pPr>
              <w:spacing w:after="0" w:line="276" w:lineRule="auto"/>
              <w:rPr>
                <w:sz w:val="24"/>
                <w:szCs w:val="24"/>
              </w:rPr>
            </w:pPr>
            <w:r w:rsidRPr="00286000">
              <w:rPr>
                <w:b/>
                <w:color w:val="17324D"/>
                <w:sz w:val="24"/>
                <w:szCs w:val="24"/>
              </w:rPr>
              <w:t>Preferred travel regions</w:t>
            </w:r>
            <w:r w:rsidR="00821DD0">
              <w:rPr>
                <w:b/>
                <w:color w:val="17324D"/>
                <w:sz w:val="24"/>
                <w:szCs w:val="24"/>
              </w:rPr>
              <w:t xml:space="preserve"> - </w:t>
            </w:r>
            <w:r w:rsidR="00821DD0" w:rsidRPr="00286000">
              <w:rPr>
                <w:i/>
                <w:color w:val="666666"/>
                <w:sz w:val="24"/>
                <w:szCs w:val="24"/>
              </w:rPr>
              <w:t>List regions or countries you are most able to support</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4AC46A42" w14:textId="6A9C9C30" w:rsidR="009E391D" w:rsidRPr="00286000" w:rsidRDefault="009E391D" w:rsidP="003C220D">
            <w:pPr>
              <w:spacing w:after="0" w:line="276" w:lineRule="auto"/>
              <w:rPr>
                <w:sz w:val="24"/>
                <w:szCs w:val="24"/>
              </w:rPr>
            </w:pPr>
          </w:p>
        </w:tc>
      </w:tr>
      <w:tr w:rsidR="009E391D" w:rsidRPr="00286000" w14:paraId="6D65ED68" w14:textId="77777777" w:rsidTr="00AE0EEC">
        <w:trPr>
          <w:trHeight w:val="1209"/>
          <w:jc w:val="center"/>
        </w:trPr>
        <w:tc>
          <w:tcPr>
            <w:tcW w:w="5224"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21576B2F" w14:textId="4FF90B9D" w:rsidR="009E391D" w:rsidRPr="00286000" w:rsidRDefault="00543DFD" w:rsidP="003C220D">
            <w:pPr>
              <w:spacing w:after="0" w:line="276" w:lineRule="auto"/>
              <w:rPr>
                <w:sz w:val="24"/>
                <w:szCs w:val="24"/>
              </w:rPr>
            </w:pPr>
            <w:r w:rsidRPr="00286000">
              <w:rPr>
                <w:b/>
                <w:color w:val="17324D"/>
                <w:sz w:val="24"/>
                <w:szCs w:val="24"/>
              </w:rPr>
              <w:t>Known limitations / unavailable periods</w:t>
            </w:r>
            <w:r w:rsidR="00821DD0">
              <w:rPr>
                <w:b/>
                <w:color w:val="17324D"/>
                <w:sz w:val="24"/>
                <w:szCs w:val="24"/>
              </w:rPr>
              <w:t xml:space="preserve"> – </w:t>
            </w:r>
            <w:r w:rsidR="00821DD0" w:rsidRPr="00286000">
              <w:rPr>
                <w:i/>
                <w:color w:val="666666"/>
                <w:sz w:val="24"/>
                <w:szCs w:val="24"/>
              </w:rPr>
              <w:t>List</w:t>
            </w:r>
            <w:r w:rsidR="00821DD0">
              <w:rPr>
                <w:i/>
                <w:color w:val="666666"/>
                <w:sz w:val="24"/>
                <w:szCs w:val="24"/>
              </w:rPr>
              <w:t xml:space="preserve"> any</w:t>
            </w:r>
            <w:r w:rsidR="00821DD0" w:rsidRPr="00286000">
              <w:rPr>
                <w:i/>
                <w:color w:val="666666"/>
                <w:sz w:val="24"/>
                <w:szCs w:val="24"/>
              </w:rPr>
              <w:t xml:space="preserve"> visa, work, family or recurring calendar restrictions</w:t>
            </w:r>
          </w:p>
        </w:tc>
        <w:tc>
          <w:tcPr>
            <w:tcW w:w="5385"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31B7A5F1" w14:textId="1520D22E" w:rsidR="009E391D" w:rsidRPr="00286000" w:rsidRDefault="009E391D" w:rsidP="003C220D">
            <w:pPr>
              <w:spacing w:after="0" w:line="276" w:lineRule="auto"/>
              <w:rPr>
                <w:sz w:val="24"/>
                <w:szCs w:val="24"/>
              </w:rPr>
            </w:pPr>
          </w:p>
        </w:tc>
      </w:tr>
    </w:tbl>
    <w:p w14:paraId="39E8EBD3" w14:textId="554A0873" w:rsidR="009E391D" w:rsidRPr="00017560" w:rsidRDefault="00AE0EEC" w:rsidP="00017560">
      <w:pPr>
        <w:pStyle w:val="Heading1"/>
      </w:pPr>
      <w:bookmarkStart w:id="3" w:name="_Toc238111980"/>
      <w:r w:rsidRPr="00017560">
        <w:lastRenderedPageBreak/>
        <w:t xml:space="preserve">Part </w:t>
      </w:r>
      <w:r w:rsidR="00017560">
        <w:t>5</w:t>
      </w:r>
      <w:r w:rsidRPr="00017560">
        <w:t xml:space="preserve"> - </w:t>
      </w:r>
      <w:r w:rsidR="00543DFD" w:rsidRPr="00017560">
        <w:t xml:space="preserve">Motivation and </w:t>
      </w:r>
      <w:r w:rsidRPr="00017560">
        <w:t>C</w:t>
      </w:r>
      <w:r w:rsidR="00543DFD" w:rsidRPr="00017560">
        <w:t>ontribution</w:t>
      </w:r>
      <w:bookmarkEnd w:id="3"/>
    </w:p>
    <w:p w14:paraId="59EC9E0A" w14:textId="725C6133" w:rsidR="00432724" w:rsidRPr="0026376E"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 xml:space="preserve">This section helps FICS understand why you wish to join the ICSC Instructor Pool and how you would contribute beyond delivering seminar content. We are looking for instructors who are </w:t>
      </w:r>
      <w:r w:rsidR="003B33CE">
        <w:rPr>
          <w:iCs/>
          <w:color w:val="000000" w:themeColor="text1"/>
          <w:sz w:val="24"/>
          <w:szCs w:val="24"/>
        </w:rPr>
        <w:t>c</w:t>
      </w:r>
      <w:r w:rsidRPr="0026376E">
        <w:rPr>
          <w:iCs/>
          <w:color w:val="000000" w:themeColor="text1"/>
          <w:sz w:val="24"/>
          <w:szCs w:val="24"/>
        </w:rPr>
        <w:t>ommitted to the ongoing development of the ICSC, willing to support and mentor participants, and able to represent FICS professionally within an international education environment.</w:t>
      </w:r>
    </w:p>
    <w:p w14:paraId="3525FB39" w14:textId="77777777" w:rsidR="003B33CE" w:rsidRDefault="00432724"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b/>
          <w:bCs/>
          <w:iCs/>
          <w:color w:val="000000" w:themeColor="text1"/>
          <w:sz w:val="24"/>
          <w:szCs w:val="24"/>
        </w:rPr>
        <w:t>Please outline:</w:t>
      </w:r>
      <w:r w:rsidR="0053371E">
        <w:rPr>
          <w:iCs/>
          <w:color w:val="000000" w:themeColor="text1"/>
          <w:sz w:val="24"/>
          <w:szCs w:val="24"/>
        </w:rPr>
        <w:br/>
      </w:r>
      <w:r w:rsidR="0026376E">
        <w:rPr>
          <w:iCs/>
          <w:color w:val="000000" w:themeColor="text1"/>
          <w:sz w:val="24"/>
          <w:szCs w:val="24"/>
        </w:rPr>
        <w:t xml:space="preserve">- </w:t>
      </w:r>
      <w:r w:rsidRPr="0026376E">
        <w:rPr>
          <w:iCs/>
          <w:color w:val="000000" w:themeColor="text1"/>
          <w:sz w:val="24"/>
          <w:szCs w:val="24"/>
        </w:rPr>
        <w:t xml:space="preserve">Why you are interested in becoming an ICSC instructor </w:t>
      </w:r>
    </w:p>
    <w:p w14:paraId="4DDF57E8" w14:textId="77777777" w:rsidR="003B33CE" w:rsidRDefault="0026376E"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Pr>
          <w:iCs/>
          <w:color w:val="000000" w:themeColor="text1"/>
          <w:sz w:val="24"/>
          <w:szCs w:val="24"/>
        </w:rPr>
        <w:t xml:space="preserve">- </w:t>
      </w:r>
      <w:r w:rsidR="00432724" w:rsidRPr="0026376E">
        <w:rPr>
          <w:iCs/>
          <w:color w:val="000000" w:themeColor="text1"/>
          <w:sz w:val="24"/>
          <w:szCs w:val="24"/>
        </w:rPr>
        <w:t xml:space="preserve">What you believe you would bring to the Instructor Pool </w:t>
      </w:r>
    </w:p>
    <w:p w14:paraId="483833B4" w14:textId="28DD53AA" w:rsidR="003B33CE" w:rsidRDefault="0026376E"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Pr>
          <w:iCs/>
          <w:color w:val="000000" w:themeColor="text1"/>
          <w:sz w:val="24"/>
          <w:szCs w:val="24"/>
        </w:rPr>
        <w:t xml:space="preserve">- </w:t>
      </w:r>
      <w:r w:rsidR="00432724" w:rsidRPr="0026376E">
        <w:rPr>
          <w:iCs/>
          <w:color w:val="000000" w:themeColor="text1"/>
          <w:sz w:val="24"/>
          <w:szCs w:val="24"/>
        </w:rPr>
        <w:t xml:space="preserve">How you would support, encourage and engage participants </w:t>
      </w:r>
    </w:p>
    <w:p w14:paraId="34681AB5" w14:textId="77777777" w:rsidR="003B33CE" w:rsidRDefault="0026376E"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Pr>
          <w:iCs/>
          <w:color w:val="000000" w:themeColor="text1"/>
          <w:sz w:val="24"/>
          <w:szCs w:val="24"/>
        </w:rPr>
        <w:t xml:space="preserve">- </w:t>
      </w:r>
      <w:r w:rsidR="00432724" w:rsidRPr="0026376E">
        <w:rPr>
          <w:iCs/>
          <w:color w:val="000000" w:themeColor="text1"/>
          <w:sz w:val="24"/>
          <w:szCs w:val="24"/>
        </w:rPr>
        <w:t xml:space="preserve">Your willingness to contribute to content review, mentoring, instructor development or other </w:t>
      </w:r>
      <w:r>
        <w:rPr>
          <w:iCs/>
          <w:color w:val="000000" w:themeColor="text1"/>
          <w:sz w:val="24"/>
          <w:szCs w:val="24"/>
        </w:rPr>
        <w:br/>
        <w:t xml:space="preserve">   </w:t>
      </w:r>
      <w:r w:rsidR="00432724" w:rsidRPr="0026376E">
        <w:rPr>
          <w:iCs/>
          <w:color w:val="000000" w:themeColor="text1"/>
          <w:sz w:val="24"/>
          <w:szCs w:val="24"/>
        </w:rPr>
        <w:t xml:space="preserve">FICS education activities </w:t>
      </w:r>
    </w:p>
    <w:p w14:paraId="597DE0B0" w14:textId="7B9C409F" w:rsidR="00432724" w:rsidRPr="0026376E" w:rsidRDefault="0026376E"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Pr>
          <w:iCs/>
          <w:color w:val="000000" w:themeColor="text1"/>
          <w:sz w:val="24"/>
          <w:szCs w:val="24"/>
        </w:rPr>
        <w:t xml:space="preserve">- </w:t>
      </w:r>
      <w:r w:rsidR="00432724" w:rsidRPr="0026376E">
        <w:rPr>
          <w:iCs/>
          <w:color w:val="000000" w:themeColor="text1"/>
          <w:sz w:val="24"/>
          <w:szCs w:val="24"/>
        </w:rPr>
        <w:t>How you would promote the ICSC and FICS event pathway within your professional networks</w:t>
      </w:r>
    </w:p>
    <w:p w14:paraId="0373B58B" w14:textId="77777777" w:rsidR="0026376E" w:rsidRDefault="0026376E" w:rsidP="003C220D">
      <w:pPr>
        <w:keepNext/>
        <w:spacing w:before="60" w:after="40" w:line="276" w:lineRule="auto"/>
        <w:rPr>
          <w:b/>
          <w:color w:val="17324D"/>
          <w:sz w:val="24"/>
          <w:szCs w:val="24"/>
        </w:rPr>
      </w:pPr>
    </w:p>
    <w:p w14:paraId="2AF26B7E" w14:textId="4F56AED6" w:rsidR="00AE0EEC" w:rsidRPr="00822BAE" w:rsidRDefault="00543DFD" w:rsidP="00AE0EEC">
      <w:pPr>
        <w:spacing w:after="0" w:line="276" w:lineRule="auto"/>
        <w:rPr>
          <w:i/>
          <w:color w:val="888888"/>
          <w:sz w:val="24"/>
          <w:szCs w:val="24"/>
        </w:rPr>
      </w:pPr>
      <w:r w:rsidRPr="00286000">
        <w:rPr>
          <w:b/>
          <w:color w:val="17324D"/>
          <w:sz w:val="24"/>
          <w:szCs w:val="24"/>
        </w:rPr>
        <w:t>Why are you interested in joining the FICS ICSC Instructor Pool?</w:t>
      </w:r>
      <w:r w:rsidR="00AE0EEC">
        <w:rPr>
          <w:b/>
          <w:color w:val="17324D"/>
          <w:sz w:val="24"/>
          <w:szCs w:val="24"/>
        </w:rPr>
        <w:t xml:space="preserve"> </w:t>
      </w:r>
      <w:r w:rsidR="00AE0EEC" w:rsidRPr="00822BAE">
        <w:rPr>
          <w:i/>
          <w:color w:val="888888"/>
          <w:sz w:val="24"/>
          <w:szCs w:val="24"/>
        </w:rPr>
        <w:t xml:space="preserve">150-200 words or less: Explain your motivation and the contribution you believe you can make to </w:t>
      </w:r>
      <w:r w:rsidR="003B33CE" w:rsidRPr="00822BAE">
        <w:rPr>
          <w:i/>
          <w:color w:val="888888"/>
          <w:sz w:val="24"/>
          <w:szCs w:val="24"/>
        </w:rPr>
        <w:t>global</w:t>
      </w:r>
      <w:r w:rsidR="00AE0EEC" w:rsidRPr="00822BAE">
        <w:rPr>
          <w:i/>
          <w:color w:val="888888"/>
          <w:sz w:val="24"/>
          <w:szCs w:val="24"/>
        </w:rPr>
        <w:t xml:space="preserve"> accreditation. </w:t>
      </w:r>
    </w:p>
    <w:p w14:paraId="37ABC669" w14:textId="311293A5" w:rsidR="009E391D" w:rsidRPr="00286000" w:rsidRDefault="009E391D" w:rsidP="003C220D">
      <w:pPr>
        <w:keepNext/>
        <w:spacing w:before="60" w:after="40" w:line="276" w:lineRule="auto"/>
        <w:rPr>
          <w:sz w:val="24"/>
          <w:szCs w:val="24"/>
        </w:rPr>
      </w:pPr>
    </w:p>
    <w:tbl>
      <w:tblPr>
        <w:tblW w:w="0" w:type="auto"/>
        <w:jc w:val="center"/>
        <w:tblLayout w:type="fixed"/>
        <w:tblLook w:val="04A0" w:firstRow="1" w:lastRow="0" w:firstColumn="1" w:lastColumn="0" w:noHBand="0" w:noVBand="1"/>
      </w:tblPr>
      <w:tblGrid>
        <w:gridCol w:w="10224"/>
      </w:tblGrid>
      <w:tr w:rsidR="009E391D" w:rsidRPr="00286000" w14:paraId="702475BB" w14:textId="77777777" w:rsidTr="00821DD0">
        <w:trPr>
          <w:jc w:val="center"/>
        </w:trPr>
        <w:tc>
          <w:tcPr>
            <w:tcW w:w="10224"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41C2930A" w14:textId="77777777" w:rsidR="00821349" w:rsidRPr="00423259" w:rsidRDefault="00821349" w:rsidP="003C220D">
            <w:pPr>
              <w:spacing w:after="0" w:line="276" w:lineRule="auto"/>
              <w:rPr>
                <w:iCs/>
                <w:sz w:val="24"/>
                <w:szCs w:val="24"/>
              </w:rPr>
            </w:pPr>
          </w:p>
          <w:p w14:paraId="02B5B7B8" w14:textId="77777777" w:rsidR="00822BAE" w:rsidRDefault="00822BAE" w:rsidP="00822BAE">
            <w:pPr>
              <w:spacing w:after="0" w:line="276" w:lineRule="auto"/>
              <w:rPr>
                <w:iCs/>
                <w:sz w:val="24"/>
                <w:szCs w:val="24"/>
                <w:lang w:val="en-AU"/>
              </w:rPr>
            </w:pPr>
          </w:p>
          <w:p w14:paraId="1FD873A1" w14:textId="77777777" w:rsidR="0026376E" w:rsidRDefault="0026376E" w:rsidP="00822BAE">
            <w:pPr>
              <w:spacing w:after="0" w:line="276" w:lineRule="auto"/>
              <w:rPr>
                <w:iCs/>
                <w:sz w:val="24"/>
                <w:szCs w:val="24"/>
                <w:lang w:val="en-AU"/>
              </w:rPr>
            </w:pPr>
          </w:p>
          <w:p w14:paraId="0B72B3C0" w14:textId="77777777" w:rsidR="0026376E" w:rsidRDefault="0026376E" w:rsidP="00822BAE">
            <w:pPr>
              <w:spacing w:after="0" w:line="276" w:lineRule="auto"/>
              <w:rPr>
                <w:iCs/>
                <w:sz w:val="24"/>
                <w:szCs w:val="24"/>
                <w:lang w:val="en-AU"/>
              </w:rPr>
            </w:pPr>
          </w:p>
          <w:p w14:paraId="575DD93E" w14:textId="77777777" w:rsidR="0026376E" w:rsidRDefault="0026376E" w:rsidP="00822BAE">
            <w:pPr>
              <w:spacing w:after="0" w:line="276" w:lineRule="auto"/>
              <w:rPr>
                <w:iCs/>
                <w:sz w:val="24"/>
                <w:szCs w:val="24"/>
                <w:lang w:val="en-AU"/>
              </w:rPr>
            </w:pPr>
          </w:p>
          <w:p w14:paraId="084A8975" w14:textId="77777777" w:rsidR="0026376E" w:rsidRDefault="0026376E" w:rsidP="00822BAE">
            <w:pPr>
              <w:spacing w:after="0" w:line="276" w:lineRule="auto"/>
              <w:rPr>
                <w:iCs/>
                <w:sz w:val="24"/>
                <w:szCs w:val="24"/>
                <w:lang w:val="en-AU"/>
              </w:rPr>
            </w:pPr>
          </w:p>
          <w:p w14:paraId="3055C8FB" w14:textId="77777777" w:rsidR="0026376E" w:rsidRDefault="0026376E" w:rsidP="00822BAE">
            <w:pPr>
              <w:spacing w:after="0" w:line="276" w:lineRule="auto"/>
              <w:rPr>
                <w:iCs/>
                <w:sz w:val="24"/>
                <w:szCs w:val="24"/>
                <w:lang w:val="en-AU"/>
              </w:rPr>
            </w:pPr>
          </w:p>
          <w:p w14:paraId="78430F8A" w14:textId="77777777" w:rsidR="0026376E" w:rsidRDefault="0026376E" w:rsidP="00822BAE">
            <w:pPr>
              <w:spacing w:after="0" w:line="276" w:lineRule="auto"/>
              <w:rPr>
                <w:iCs/>
                <w:sz w:val="24"/>
                <w:szCs w:val="24"/>
                <w:lang w:val="en-AU"/>
              </w:rPr>
            </w:pPr>
          </w:p>
          <w:p w14:paraId="16E6665A" w14:textId="77777777" w:rsidR="0026376E" w:rsidRDefault="0026376E" w:rsidP="00822BAE">
            <w:pPr>
              <w:spacing w:after="0" w:line="276" w:lineRule="auto"/>
              <w:rPr>
                <w:iCs/>
                <w:sz w:val="24"/>
                <w:szCs w:val="24"/>
                <w:lang w:val="en-AU"/>
              </w:rPr>
            </w:pPr>
          </w:p>
          <w:p w14:paraId="07CDAE6C" w14:textId="77777777" w:rsidR="0026376E" w:rsidRDefault="0026376E" w:rsidP="00822BAE">
            <w:pPr>
              <w:spacing w:after="0" w:line="276" w:lineRule="auto"/>
              <w:rPr>
                <w:iCs/>
                <w:sz w:val="24"/>
                <w:szCs w:val="24"/>
                <w:lang w:val="en-AU"/>
              </w:rPr>
            </w:pPr>
          </w:p>
          <w:p w14:paraId="0C565693" w14:textId="77777777" w:rsidR="0026376E" w:rsidRDefault="0026376E" w:rsidP="00822BAE">
            <w:pPr>
              <w:spacing w:after="0" w:line="276" w:lineRule="auto"/>
              <w:rPr>
                <w:iCs/>
                <w:sz w:val="24"/>
                <w:szCs w:val="24"/>
                <w:lang w:val="en-AU"/>
              </w:rPr>
            </w:pPr>
          </w:p>
          <w:p w14:paraId="35EEDE91" w14:textId="77777777" w:rsidR="0026376E" w:rsidRDefault="0026376E" w:rsidP="00822BAE">
            <w:pPr>
              <w:spacing w:after="0" w:line="276" w:lineRule="auto"/>
              <w:rPr>
                <w:iCs/>
                <w:sz w:val="24"/>
                <w:szCs w:val="24"/>
                <w:lang w:val="en-AU"/>
              </w:rPr>
            </w:pPr>
          </w:p>
          <w:p w14:paraId="53E76BEE" w14:textId="1D0E28FC" w:rsidR="00821DD0" w:rsidRPr="00423259" w:rsidRDefault="00821DD0" w:rsidP="00423259">
            <w:pPr>
              <w:spacing w:after="0" w:line="276" w:lineRule="auto"/>
              <w:rPr>
                <w:iCs/>
                <w:sz w:val="24"/>
                <w:szCs w:val="24"/>
              </w:rPr>
            </w:pPr>
          </w:p>
        </w:tc>
      </w:tr>
    </w:tbl>
    <w:p w14:paraId="1F07EEF4" w14:textId="77777777" w:rsidR="00D75974" w:rsidRDefault="00D75974" w:rsidP="003C220D">
      <w:pPr>
        <w:keepNext/>
        <w:spacing w:before="120" w:line="276" w:lineRule="auto"/>
        <w:rPr>
          <w:b/>
          <w:color w:val="005B8E"/>
          <w:sz w:val="24"/>
          <w:szCs w:val="24"/>
        </w:rPr>
      </w:pPr>
    </w:p>
    <w:p w14:paraId="3375EAC5" w14:textId="77777777" w:rsidR="00AE0EEC" w:rsidRDefault="00AE0EEC" w:rsidP="003C220D">
      <w:pPr>
        <w:keepNext/>
        <w:spacing w:before="120" w:line="276" w:lineRule="auto"/>
        <w:rPr>
          <w:b/>
          <w:color w:val="005B8E"/>
          <w:sz w:val="24"/>
          <w:szCs w:val="24"/>
        </w:rPr>
      </w:pPr>
      <w:r>
        <w:rPr>
          <w:b/>
          <w:color w:val="005B8E"/>
          <w:sz w:val="24"/>
          <w:szCs w:val="24"/>
        </w:rPr>
        <w:br w:type="page"/>
      </w:r>
    </w:p>
    <w:p w14:paraId="6AC0021D" w14:textId="18494E04" w:rsidR="009E391D" w:rsidRPr="00017560" w:rsidRDefault="00AE0EEC" w:rsidP="00017560">
      <w:pPr>
        <w:pStyle w:val="Heading1"/>
      </w:pPr>
      <w:bookmarkStart w:id="4" w:name="_Toc238111981"/>
      <w:r w:rsidRPr="00017560">
        <w:lastRenderedPageBreak/>
        <w:t xml:space="preserve">Part </w:t>
      </w:r>
      <w:r w:rsidR="00017560">
        <w:t>6</w:t>
      </w:r>
      <w:r w:rsidRPr="00017560">
        <w:t xml:space="preserve"> - </w:t>
      </w:r>
      <w:r w:rsidR="00543DFD" w:rsidRPr="00017560">
        <w:t xml:space="preserve">Applicant </w:t>
      </w:r>
      <w:r w:rsidR="00017560">
        <w:t>D</w:t>
      </w:r>
      <w:r w:rsidR="00543DFD" w:rsidRPr="00017560">
        <w:t>eclaration</w:t>
      </w:r>
      <w:bookmarkEnd w:id="4"/>
      <w:r w:rsidR="00017560">
        <w:br/>
      </w:r>
    </w:p>
    <w:p w14:paraId="2F044DF1" w14:textId="77777777" w:rsidR="00932E08" w:rsidRPr="00932E08" w:rsidRDefault="00932E08" w:rsidP="003C220D">
      <w:pPr>
        <w:spacing w:after="20" w:line="276" w:lineRule="auto"/>
        <w:rPr>
          <w:b/>
          <w:bCs/>
          <w:color w:val="000000" w:themeColor="text1"/>
          <w:sz w:val="24"/>
          <w:szCs w:val="24"/>
          <w:lang w:val="en-AU"/>
        </w:rPr>
      </w:pPr>
      <w:r w:rsidRPr="00932E08">
        <w:rPr>
          <w:b/>
          <w:bCs/>
          <w:color w:val="000000" w:themeColor="text1"/>
          <w:sz w:val="24"/>
          <w:szCs w:val="24"/>
          <w:lang w:val="en-AU"/>
        </w:rPr>
        <w:t>Conflict of Interest and Background Check Declaration</w:t>
      </w:r>
    </w:p>
    <w:p w14:paraId="1521F604" w14:textId="1890C390" w:rsidR="00932E08" w:rsidRPr="0026376E" w:rsidRDefault="00932E08"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I declare that I have disclosed any actual, potential or perceived conflicts of interest that may affect my role as an ICSC instructor. I agree to promptly notify FICS if any conflict arises or my circumstances change.</w:t>
      </w:r>
    </w:p>
    <w:p w14:paraId="6066AFFD" w14:textId="13D631A0" w:rsidR="00AE0EEC" w:rsidRDefault="00932E08"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 xml:space="preserve">I understand that </w:t>
      </w:r>
      <w:r w:rsidR="003B33CE" w:rsidRPr="0026376E">
        <w:rPr>
          <w:iCs/>
          <w:color w:val="000000" w:themeColor="text1"/>
          <w:sz w:val="24"/>
          <w:szCs w:val="24"/>
        </w:rPr>
        <w:t>appointments</w:t>
      </w:r>
      <w:r w:rsidRPr="0026376E">
        <w:rPr>
          <w:iCs/>
          <w:color w:val="000000" w:themeColor="text1"/>
          <w:sz w:val="24"/>
          <w:szCs w:val="24"/>
        </w:rPr>
        <w:t xml:space="preserve"> may be subject to appropriate safeguarding, police or background checks, depending on the country, venue or participant group involved. I confirm that I am willing</w:t>
      </w:r>
    </w:p>
    <w:p w14:paraId="1DEA3DAB" w14:textId="0F326B6F" w:rsidR="00932E08" w:rsidRPr="0026376E" w:rsidRDefault="00932E08" w:rsidP="0026376E">
      <w:pPr>
        <w:keepNext/>
        <w:pBdr>
          <w:top w:val="single" w:sz="4" w:space="1" w:color="auto"/>
          <w:left w:val="single" w:sz="4" w:space="4" w:color="auto"/>
          <w:bottom w:val="single" w:sz="4" w:space="1" w:color="auto"/>
          <w:right w:val="single" w:sz="4" w:space="4" w:color="auto"/>
        </w:pBdr>
        <w:shd w:val="clear" w:color="auto" w:fill="E6F3FF"/>
        <w:spacing w:before="120" w:line="276" w:lineRule="auto"/>
        <w:rPr>
          <w:iCs/>
          <w:color w:val="000000" w:themeColor="text1"/>
          <w:sz w:val="24"/>
          <w:szCs w:val="24"/>
        </w:rPr>
      </w:pPr>
      <w:r w:rsidRPr="0026376E">
        <w:rPr>
          <w:iCs/>
          <w:color w:val="000000" w:themeColor="text1"/>
          <w:sz w:val="24"/>
          <w:szCs w:val="24"/>
        </w:rPr>
        <w:t xml:space="preserve">to provide the required documentation and that </w:t>
      </w:r>
      <w:r w:rsidR="003B33CE">
        <w:rPr>
          <w:iCs/>
          <w:color w:val="000000" w:themeColor="text1"/>
          <w:sz w:val="24"/>
          <w:szCs w:val="24"/>
        </w:rPr>
        <w:t>no known matter would</w:t>
      </w:r>
      <w:r w:rsidRPr="0026376E">
        <w:rPr>
          <w:iCs/>
          <w:color w:val="000000" w:themeColor="text1"/>
          <w:sz w:val="24"/>
          <w:szCs w:val="24"/>
        </w:rPr>
        <w:t xml:space="preserve"> prevent me from undertaking this role.</w:t>
      </w:r>
      <w:r w:rsidR="003C220D" w:rsidRPr="0026376E">
        <w:rPr>
          <w:iCs/>
          <w:color w:val="000000" w:themeColor="text1"/>
          <w:sz w:val="24"/>
          <w:szCs w:val="24"/>
        </w:rPr>
        <w:t xml:space="preserve"> </w:t>
      </w:r>
      <w:r w:rsidRPr="0026376E">
        <w:rPr>
          <w:iCs/>
          <w:color w:val="000000" w:themeColor="text1"/>
          <w:sz w:val="24"/>
          <w:szCs w:val="24"/>
        </w:rPr>
        <w:t>I confirm that the information provided in this application is accurate and complete.</w:t>
      </w:r>
      <w:r w:rsidR="003C220D" w:rsidRPr="0026376E">
        <w:rPr>
          <w:iCs/>
          <w:color w:val="000000" w:themeColor="text1"/>
          <w:sz w:val="24"/>
          <w:szCs w:val="24"/>
        </w:rPr>
        <w:t xml:space="preserve"> Successful applicants will be expected to refresh and maintain current knowledge</w:t>
      </w:r>
      <w:r w:rsidR="00AE0EEC">
        <w:rPr>
          <w:iCs/>
          <w:color w:val="000000" w:themeColor="text1"/>
          <w:sz w:val="24"/>
          <w:szCs w:val="24"/>
        </w:rPr>
        <w:br/>
      </w:r>
      <w:r w:rsidR="003C220D" w:rsidRPr="0026376E">
        <w:rPr>
          <w:iCs/>
          <w:color w:val="000000" w:themeColor="text1"/>
          <w:sz w:val="24"/>
          <w:szCs w:val="24"/>
        </w:rPr>
        <w:t xml:space="preserve">of upper and lower extremity anatomy, biomechanics and relevant clinical applications. This is essential for demonstrating techniques accurately, answering participant questions confidently </w:t>
      </w:r>
      <w:r w:rsidR="003B33CE">
        <w:rPr>
          <w:iCs/>
          <w:color w:val="000000" w:themeColor="text1"/>
          <w:sz w:val="24"/>
          <w:szCs w:val="24"/>
        </w:rPr>
        <w:br/>
        <w:t>a</w:t>
      </w:r>
      <w:r w:rsidR="003C220D" w:rsidRPr="0026376E">
        <w:rPr>
          <w:iCs/>
          <w:color w:val="000000" w:themeColor="text1"/>
          <w:sz w:val="24"/>
          <w:szCs w:val="24"/>
        </w:rPr>
        <w:t>nd supporting safe, evidence-informed practical teaching.</w:t>
      </w:r>
    </w:p>
    <w:p w14:paraId="543F6DE0" w14:textId="77777777" w:rsidR="00432724" w:rsidRPr="00932E08" w:rsidRDefault="00432724" w:rsidP="003C220D">
      <w:pPr>
        <w:spacing w:after="20" w:line="276" w:lineRule="auto"/>
        <w:ind w:left="259" w:hanging="173"/>
        <w:rPr>
          <w:sz w:val="24"/>
          <w:szCs w:val="24"/>
          <w:lang w:val="en-AU"/>
        </w:rPr>
      </w:pPr>
    </w:p>
    <w:tbl>
      <w:tblPr>
        <w:tblW w:w="0" w:type="auto"/>
        <w:jc w:val="center"/>
        <w:tblLayout w:type="fixed"/>
        <w:tblLook w:val="04A0" w:firstRow="1" w:lastRow="0" w:firstColumn="1" w:lastColumn="0" w:noHBand="0" w:noVBand="1"/>
      </w:tblPr>
      <w:tblGrid>
        <w:gridCol w:w="3810"/>
        <w:gridCol w:w="6696"/>
      </w:tblGrid>
      <w:tr w:rsidR="009E391D" w:rsidRPr="00286000" w14:paraId="7B6A4F90" w14:textId="77777777" w:rsidTr="003C220D">
        <w:trPr>
          <w:jc w:val="center"/>
        </w:trPr>
        <w:tc>
          <w:tcPr>
            <w:tcW w:w="3810"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6F763BC0" w14:textId="7B60963D" w:rsidR="009E391D" w:rsidRPr="00286000" w:rsidRDefault="00432724" w:rsidP="003C220D">
            <w:pPr>
              <w:spacing w:after="0" w:line="276" w:lineRule="auto"/>
              <w:rPr>
                <w:sz w:val="24"/>
                <w:szCs w:val="24"/>
              </w:rPr>
            </w:pPr>
            <w:r>
              <w:rPr>
                <w:b/>
                <w:color w:val="17324D"/>
                <w:sz w:val="24"/>
                <w:szCs w:val="24"/>
              </w:rPr>
              <w:t>N</w:t>
            </w:r>
            <w:r w:rsidR="00543DFD" w:rsidRPr="00286000">
              <w:rPr>
                <w:b/>
                <w:color w:val="17324D"/>
                <w:sz w:val="24"/>
                <w:szCs w:val="24"/>
              </w:rPr>
              <w:t>ame</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7C4DB251" w14:textId="77777777" w:rsidR="00821DD0" w:rsidRDefault="00821DD0" w:rsidP="00D75974">
            <w:pPr>
              <w:spacing w:after="0" w:line="276" w:lineRule="auto"/>
              <w:rPr>
                <w:sz w:val="24"/>
                <w:szCs w:val="24"/>
              </w:rPr>
            </w:pPr>
          </w:p>
          <w:p w14:paraId="25DF1D0D" w14:textId="07E96A2E" w:rsidR="00822BAE" w:rsidRPr="00286000" w:rsidRDefault="00822BAE" w:rsidP="00D75974">
            <w:pPr>
              <w:spacing w:after="0" w:line="276" w:lineRule="auto"/>
              <w:rPr>
                <w:sz w:val="24"/>
                <w:szCs w:val="24"/>
              </w:rPr>
            </w:pPr>
          </w:p>
        </w:tc>
      </w:tr>
      <w:tr w:rsidR="009E391D" w:rsidRPr="00286000" w14:paraId="0FF616F0" w14:textId="77777777" w:rsidTr="003C220D">
        <w:trPr>
          <w:jc w:val="center"/>
        </w:trPr>
        <w:tc>
          <w:tcPr>
            <w:tcW w:w="3810"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87B5155" w14:textId="77777777" w:rsidR="009E391D" w:rsidRPr="00286000" w:rsidRDefault="00543DFD" w:rsidP="003C220D">
            <w:pPr>
              <w:spacing w:after="0" w:line="276" w:lineRule="auto"/>
              <w:rPr>
                <w:sz w:val="24"/>
                <w:szCs w:val="24"/>
              </w:rPr>
            </w:pPr>
            <w:r w:rsidRPr="00286000">
              <w:rPr>
                <w:b/>
                <w:color w:val="17324D"/>
                <w:sz w:val="24"/>
                <w:szCs w:val="24"/>
              </w:rPr>
              <w:t>Signature</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DEBF3D5" w14:textId="4BBED126" w:rsidR="00821DD0" w:rsidRPr="00286000" w:rsidRDefault="00821DD0" w:rsidP="00D75974">
            <w:pPr>
              <w:spacing w:after="0" w:line="276" w:lineRule="auto"/>
              <w:rPr>
                <w:sz w:val="24"/>
                <w:szCs w:val="24"/>
              </w:rPr>
            </w:pPr>
          </w:p>
        </w:tc>
      </w:tr>
      <w:tr w:rsidR="009E391D" w:rsidRPr="00286000" w14:paraId="45DCD99F" w14:textId="77777777" w:rsidTr="003C220D">
        <w:trPr>
          <w:jc w:val="center"/>
        </w:trPr>
        <w:tc>
          <w:tcPr>
            <w:tcW w:w="3810"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6EDA9FAB" w14:textId="52F5D6F0" w:rsidR="009E391D" w:rsidRPr="00286000" w:rsidRDefault="00543DFD" w:rsidP="003C220D">
            <w:pPr>
              <w:spacing w:after="0" w:line="276" w:lineRule="auto"/>
              <w:rPr>
                <w:sz w:val="24"/>
                <w:szCs w:val="24"/>
              </w:rPr>
            </w:pPr>
            <w:r w:rsidRPr="00286000">
              <w:rPr>
                <w:b/>
                <w:color w:val="17324D"/>
                <w:sz w:val="24"/>
                <w:szCs w:val="24"/>
              </w:rPr>
              <w:t>Date</w:t>
            </w:r>
            <w:r w:rsidR="00821DD0">
              <w:rPr>
                <w:b/>
                <w:color w:val="17324D"/>
                <w:sz w:val="24"/>
                <w:szCs w:val="24"/>
              </w:rPr>
              <w:t xml:space="preserve"> </w:t>
            </w:r>
            <w:r w:rsidR="00E120A2">
              <w:rPr>
                <w:b/>
                <w:color w:val="17324D"/>
                <w:sz w:val="24"/>
                <w:szCs w:val="24"/>
              </w:rPr>
              <w:t>–</w:t>
            </w:r>
            <w:r w:rsidR="00821DD0">
              <w:rPr>
                <w:b/>
                <w:color w:val="17324D"/>
                <w:sz w:val="24"/>
                <w:szCs w:val="24"/>
              </w:rPr>
              <w:t xml:space="preserve"> </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542C62F3" w14:textId="726A853B" w:rsidR="00821DD0" w:rsidRPr="00286000" w:rsidRDefault="00821DD0" w:rsidP="00D75974">
            <w:pPr>
              <w:spacing w:after="0" w:line="276" w:lineRule="auto"/>
              <w:rPr>
                <w:sz w:val="24"/>
                <w:szCs w:val="24"/>
              </w:rPr>
            </w:pPr>
          </w:p>
        </w:tc>
      </w:tr>
    </w:tbl>
    <w:p w14:paraId="30B4C873" w14:textId="77777777" w:rsidR="00432724" w:rsidRDefault="00432724" w:rsidP="003C220D">
      <w:pPr>
        <w:keepNext/>
        <w:spacing w:before="120" w:line="276" w:lineRule="auto"/>
        <w:rPr>
          <w:b/>
          <w:color w:val="17324D"/>
          <w:sz w:val="24"/>
          <w:szCs w:val="24"/>
        </w:rPr>
      </w:pPr>
    </w:p>
    <w:tbl>
      <w:tblPr>
        <w:tblW w:w="10544" w:type="dxa"/>
        <w:jc w:val="center"/>
        <w:tblLayout w:type="fixed"/>
        <w:tblLook w:val="04A0" w:firstRow="1" w:lastRow="0" w:firstColumn="1" w:lastColumn="0" w:noHBand="0" w:noVBand="1"/>
      </w:tblPr>
      <w:tblGrid>
        <w:gridCol w:w="10544"/>
      </w:tblGrid>
      <w:tr w:rsidR="009E391D" w:rsidRPr="00286000" w14:paraId="5C5FF077" w14:textId="77777777" w:rsidTr="00D75974">
        <w:trPr>
          <w:jc w:val="center"/>
        </w:trPr>
        <w:tc>
          <w:tcPr>
            <w:tcW w:w="10544" w:type="dxa"/>
            <w:tcBorders>
              <w:top w:val="single" w:sz="7" w:space="0" w:color="B7D3E3"/>
              <w:left w:val="single" w:sz="7" w:space="0" w:color="B7D3E3"/>
              <w:bottom w:val="single" w:sz="7" w:space="0" w:color="B7D3E3"/>
              <w:right w:val="single" w:sz="7" w:space="0" w:color="B7D3E3"/>
            </w:tcBorders>
            <w:shd w:val="clear" w:color="auto" w:fill="EAF3F8"/>
            <w:tcMar>
              <w:top w:w="90" w:type="dxa"/>
              <w:left w:w="130" w:type="dxa"/>
              <w:bottom w:w="90" w:type="dxa"/>
              <w:right w:w="130" w:type="dxa"/>
            </w:tcMar>
          </w:tcPr>
          <w:p w14:paraId="35251807" w14:textId="77777777" w:rsidR="0053371E" w:rsidRDefault="00543DFD" w:rsidP="003C220D">
            <w:pPr>
              <w:spacing w:after="0" w:line="276" w:lineRule="auto"/>
              <w:rPr>
                <w:b/>
                <w:bCs/>
                <w:color w:val="17324D"/>
                <w:sz w:val="24"/>
                <w:szCs w:val="24"/>
              </w:rPr>
            </w:pPr>
            <w:r w:rsidRPr="00286000">
              <w:rPr>
                <w:b/>
                <w:color w:val="005B8E"/>
                <w:sz w:val="24"/>
                <w:szCs w:val="24"/>
              </w:rPr>
              <w:t xml:space="preserve">Submit to: </w:t>
            </w:r>
            <w:r w:rsidRPr="00286000">
              <w:rPr>
                <w:color w:val="17324D"/>
                <w:sz w:val="24"/>
                <w:szCs w:val="24"/>
              </w:rPr>
              <w:t xml:space="preserve">FICS Administration at </w:t>
            </w:r>
            <w:hyperlink r:id="rId15" w:history="1">
              <w:r w:rsidR="0053371E" w:rsidRPr="00304580">
                <w:rPr>
                  <w:rStyle w:val="Hyperlink"/>
                  <w:b/>
                  <w:bCs/>
                  <w:sz w:val="24"/>
                  <w:szCs w:val="24"/>
                </w:rPr>
                <w:t>admin@fics.sport</w:t>
              </w:r>
            </w:hyperlink>
            <w:r w:rsidR="0053371E">
              <w:rPr>
                <w:b/>
                <w:bCs/>
                <w:color w:val="17324D"/>
                <w:sz w:val="24"/>
                <w:szCs w:val="24"/>
              </w:rPr>
              <w:t xml:space="preserve"> </w:t>
            </w:r>
          </w:p>
          <w:p w14:paraId="02DF15E4" w14:textId="77777777" w:rsidR="0053371E" w:rsidRDefault="0053371E" w:rsidP="003C220D">
            <w:pPr>
              <w:spacing w:after="0" w:line="276" w:lineRule="auto"/>
              <w:rPr>
                <w:b/>
                <w:bCs/>
                <w:color w:val="17324D"/>
                <w:sz w:val="24"/>
                <w:szCs w:val="24"/>
              </w:rPr>
            </w:pPr>
          </w:p>
          <w:p w14:paraId="1C113D0E" w14:textId="43578440" w:rsidR="009E391D" w:rsidRPr="00286000" w:rsidRDefault="00543DFD" w:rsidP="003C220D">
            <w:pPr>
              <w:spacing w:after="0" w:line="276" w:lineRule="auto"/>
              <w:rPr>
                <w:sz w:val="24"/>
                <w:szCs w:val="24"/>
              </w:rPr>
            </w:pPr>
            <w:r w:rsidRPr="00286000">
              <w:rPr>
                <w:color w:val="17324D"/>
                <w:sz w:val="24"/>
                <w:szCs w:val="24"/>
              </w:rPr>
              <w:t>FICS may request further information or a discussion with the Education Commission before determining the outcome.</w:t>
            </w:r>
          </w:p>
        </w:tc>
      </w:tr>
    </w:tbl>
    <w:p w14:paraId="7C7F8EC2" w14:textId="77777777" w:rsidR="0053371E" w:rsidRDefault="0053371E" w:rsidP="00822BAE">
      <w:pPr>
        <w:keepNext/>
        <w:spacing w:before="120" w:line="276" w:lineRule="auto"/>
        <w:rPr>
          <w:b/>
          <w:color w:val="17324D"/>
          <w:sz w:val="24"/>
          <w:szCs w:val="24"/>
        </w:rPr>
      </w:pPr>
    </w:p>
    <w:p w14:paraId="1440822C" w14:textId="676205AF" w:rsidR="0053371E" w:rsidRDefault="0053371E" w:rsidP="00822BAE">
      <w:pPr>
        <w:keepNext/>
        <w:spacing w:before="120" w:line="276" w:lineRule="auto"/>
        <w:rPr>
          <w:b/>
          <w:color w:val="17324D"/>
          <w:sz w:val="24"/>
          <w:szCs w:val="24"/>
        </w:rPr>
      </w:pPr>
      <w:r>
        <w:rPr>
          <w:b/>
          <w:color w:val="17324D"/>
          <w:sz w:val="24"/>
          <w:szCs w:val="24"/>
        </w:rPr>
        <w:t>What happens next?</w:t>
      </w:r>
    </w:p>
    <w:p w14:paraId="493CBBC5" w14:textId="574C5949" w:rsidR="0053371E" w:rsidRPr="0053371E" w:rsidRDefault="0053371E" w:rsidP="0053371E">
      <w:pPr>
        <w:pStyle w:val="ListParagraph"/>
        <w:keepNext/>
        <w:numPr>
          <w:ilvl w:val="0"/>
          <w:numId w:val="16"/>
        </w:numPr>
        <w:spacing w:before="120" w:line="276" w:lineRule="auto"/>
        <w:rPr>
          <w:bCs/>
          <w:color w:val="17324D"/>
          <w:sz w:val="24"/>
          <w:szCs w:val="24"/>
        </w:rPr>
      </w:pPr>
      <w:r w:rsidRPr="0053371E">
        <w:rPr>
          <w:bCs/>
          <w:color w:val="17324D"/>
          <w:sz w:val="24"/>
          <w:szCs w:val="24"/>
        </w:rPr>
        <w:t>FICS Administration checks the application and supporting documents and opens a file for you.</w:t>
      </w:r>
    </w:p>
    <w:p w14:paraId="1816C29D" w14:textId="77777777" w:rsidR="00520B90" w:rsidRDefault="0053371E" w:rsidP="0053371E">
      <w:pPr>
        <w:pStyle w:val="ListParagraph"/>
        <w:keepNext/>
        <w:numPr>
          <w:ilvl w:val="0"/>
          <w:numId w:val="16"/>
        </w:numPr>
        <w:spacing w:before="120" w:line="276" w:lineRule="auto"/>
        <w:rPr>
          <w:bCs/>
          <w:color w:val="17324D"/>
          <w:sz w:val="24"/>
          <w:szCs w:val="24"/>
        </w:rPr>
      </w:pPr>
      <w:r w:rsidRPr="00520B90">
        <w:rPr>
          <w:bCs/>
          <w:color w:val="17324D"/>
          <w:sz w:val="24"/>
          <w:szCs w:val="24"/>
        </w:rPr>
        <w:t>The Education Commission reviews eligibility, teaching capability, experience and operational suitability. The applicant may be asked to provide further evidence or attend a discussion.</w:t>
      </w:r>
    </w:p>
    <w:p w14:paraId="1FE876FD" w14:textId="6BAAF21A" w:rsidR="0053371E" w:rsidRPr="00520B90" w:rsidRDefault="0053371E" w:rsidP="0053371E">
      <w:pPr>
        <w:pStyle w:val="ListParagraph"/>
        <w:keepNext/>
        <w:numPr>
          <w:ilvl w:val="0"/>
          <w:numId w:val="16"/>
        </w:numPr>
        <w:spacing w:before="120" w:line="276" w:lineRule="auto"/>
        <w:rPr>
          <w:bCs/>
          <w:color w:val="17324D"/>
          <w:sz w:val="24"/>
          <w:szCs w:val="24"/>
        </w:rPr>
      </w:pPr>
      <w:r w:rsidRPr="00520B90">
        <w:rPr>
          <w:bCs/>
          <w:color w:val="17324D"/>
          <w:sz w:val="24"/>
          <w:szCs w:val="24"/>
        </w:rPr>
        <w:t>FICS records the outcome and notifies the applicant via email or phone. If successful, the applicant will be sent an instructor agreement and other documentation to review and sign.</w:t>
      </w:r>
    </w:p>
    <w:p w14:paraId="147DC448" w14:textId="476E22B9" w:rsidR="00987F4C" w:rsidRPr="0053371E" w:rsidRDefault="0053371E" w:rsidP="0053371E">
      <w:pPr>
        <w:pStyle w:val="ListParagraph"/>
        <w:keepNext/>
        <w:numPr>
          <w:ilvl w:val="0"/>
          <w:numId w:val="16"/>
        </w:numPr>
        <w:spacing w:before="120" w:line="276" w:lineRule="auto"/>
        <w:rPr>
          <w:b/>
          <w:color w:val="17324D"/>
          <w:sz w:val="24"/>
          <w:szCs w:val="24"/>
        </w:rPr>
      </w:pPr>
      <w:r w:rsidRPr="0053371E">
        <w:rPr>
          <w:bCs/>
          <w:color w:val="17324D"/>
          <w:sz w:val="24"/>
          <w:szCs w:val="24"/>
        </w:rPr>
        <w:t>Seminar allocation occurs separately and depends on programme needs, location, availability and readiness.</w:t>
      </w:r>
      <w:r w:rsidR="00987F4C" w:rsidRPr="0053371E">
        <w:rPr>
          <w:b/>
          <w:color w:val="17324D"/>
          <w:sz w:val="24"/>
          <w:szCs w:val="24"/>
        </w:rPr>
        <w:br w:type="page"/>
      </w:r>
    </w:p>
    <w:p w14:paraId="29F5EE5B" w14:textId="3B17A0BA" w:rsidR="009E391D" w:rsidRPr="00286000" w:rsidRDefault="003C220D" w:rsidP="00822BAE">
      <w:pPr>
        <w:keepNext/>
        <w:spacing w:before="120" w:line="276" w:lineRule="auto"/>
        <w:rPr>
          <w:sz w:val="24"/>
          <w:szCs w:val="24"/>
        </w:rPr>
      </w:pPr>
      <w:r>
        <w:rPr>
          <w:b/>
          <w:color w:val="17324D"/>
          <w:sz w:val="24"/>
          <w:szCs w:val="24"/>
        </w:rPr>
        <w:lastRenderedPageBreak/>
        <w:br/>
      </w:r>
      <w:r w:rsidR="00543DFD" w:rsidRPr="00286000">
        <w:rPr>
          <w:b/>
          <w:color w:val="17324D"/>
          <w:sz w:val="24"/>
          <w:szCs w:val="24"/>
        </w:rPr>
        <w:t>FICS</w:t>
      </w:r>
      <w:r>
        <w:rPr>
          <w:b/>
          <w:color w:val="17324D"/>
          <w:sz w:val="24"/>
          <w:szCs w:val="24"/>
        </w:rPr>
        <w:t xml:space="preserve"> Office Use:</w:t>
      </w:r>
    </w:p>
    <w:tbl>
      <w:tblPr>
        <w:tblW w:w="0" w:type="auto"/>
        <w:jc w:val="center"/>
        <w:tblLayout w:type="fixed"/>
        <w:tblLook w:val="04A0" w:firstRow="1" w:lastRow="0" w:firstColumn="1" w:lastColumn="0" w:noHBand="0" w:noVBand="1"/>
      </w:tblPr>
      <w:tblGrid>
        <w:gridCol w:w="3975"/>
        <w:gridCol w:w="6374"/>
        <w:gridCol w:w="30"/>
      </w:tblGrid>
      <w:tr w:rsidR="009E391D" w:rsidRPr="00286000" w14:paraId="72022CE7" w14:textId="77777777" w:rsidTr="003C220D">
        <w:trPr>
          <w:gridAfter w:val="1"/>
          <w:wAfter w:w="30" w:type="dxa"/>
          <w:jc w:val="center"/>
        </w:trPr>
        <w:tc>
          <w:tcPr>
            <w:tcW w:w="10349" w:type="dxa"/>
            <w:gridSpan w:val="2"/>
            <w:tcBorders>
              <w:top w:val="single" w:sz="7" w:space="0" w:color="B7D3E3"/>
              <w:left w:val="single" w:sz="7" w:space="0" w:color="B7D3E3"/>
              <w:bottom w:val="single" w:sz="7" w:space="0" w:color="B7D3E3"/>
              <w:right w:val="single" w:sz="7" w:space="0" w:color="B7D3E3"/>
            </w:tcBorders>
            <w:shd w:val="clear" w:color="auto" w:fill="EAF3F8"/>
            <w:tcMar>
              <w:top w:w="90" w:type="dxa"/>
              <w:left w:w="130" w:type="dxa"/>
              <w:bottom w:w="90" w:type="dxa"/>
              <w:right w:w="130" w:type="dxa"/>
            </w:tcMar>
          </w:tcPr>
          <w:p w14:paraId="5AC5D17A" w14:textId="77777777" w:rsidR="009E391D" w:rsidRPr="00286000" w:rsidRDefault="00543DFD" w:rsidP="003C220D">
            <w:pPr>
              <w:spacing w:after="0" w:line="276" w:lineRule="auto"/>
              <w:rPr>
                <w:sz w:val="24"/>
                <w:szCs w:val="24"/>
              </w:rPr>
            </w:pPr>
            <w:r w:rsidRPr="00286000">
              <w:rPr>
                <w:b/>
                <w:color w:val="005B8E"/>
                <w:sz w:val="24"/>
                <w:szCs w:val="24"/>
              </w:rPr>
              <w:t xml:space="preserve">Internal review: </w:t>
            </w:r>
            <w:r w:rsidRPr="00286000">
              <w:rPr>
                <w:color w:val="17324D"/>
                <w:sz w:val="24"/>
                <w:szCs w:val="24"/>
              </w:rPr>
              <w:t>Complete this section before an applicant is added to the Instructor Pool or allocated to a seminar. This provides a consistent record of the review process for every applicant.</w:t>
            </w:r>
          </w:p>
        </w:tc>
      </w:tr>
      <w:tr w:rsidR="009E391D" w:rsidRPr="00286000" w14:paraId="3435CFC5"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7FCF2026" w14:textId="77777777" w:rsidR="009E391D" w:rsidRDefault="00543DFD" w:rsidP="003C220D">
            <w:pPr>
              <w:spacing w:after="0" w:line="276" w:lineRule="auto"/>
              <w:rPr>
                <w:b/>
                <w:color w:val="17324D"/>
                <w:sz w:val="24"/>
                <w:szCs w:val="24"/>
              </w:rPr>
            </w:pPr>
            <w:r w:rsidRPr="00286000">
              <w:rPr>
                <w:b/>
                <w:color w:val="17324D"/>
                <w:sz w:val="24"/>
                <w:szCs w:val="24"/>
              </w:rPr>
              <w:t>Application received</w:t>
            </w:r>
          </w:p>
          <w:p w14:paraId="58819639" w14:textId="1AEECB90" w:rsidR="00821DD0" w:rsidRPr="00286000" w:rsidRDefault="00821DD0" w:rsidP="003C220D">
            <w:pPr>
              <w:spacing w:after="0" w:line="276" w:lineRule="auto"/>
              <w:rPr>
                <w:sz w:val="24"/>
                <w:szCs w:val="24"/>
              </w:rPr>
            </w:pPr>
            <w:r>
              <w:rPr>
                <w:b/>
                <w:color w:val="17324D"/>
                <w:sz w:val="24"/>
                <w:szCs w:val="24"/>
              </w:rPr>
              <w:t>Sent to Education Commission</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7E6CEFBB" w14:textId="61DBBFEF" w:rsidR="00821DD0" w:rsidRPr="00286000" w:rsidRDefault="00821DD0" w:rsidP="00822BAE">
            <w:pPr>
              <w:spacing w:after="0" w:line="276" w:lineRule="auto"/>
              <w:rPr>
                <w:sz w:val="24"/>
                <w:szCs w:val="24"/>
              </w:rPr>
            </w:pPr>
          </w:p>
        </w:tc>
      </w:tr>
      <w:tr w:rsidR="009E391D" w:rsidRPr="00286000" w14:paraId="49007BB8"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0F7095B5" w14:textId="77777777" w:rsidR="009E391D" w:rsidRPr="00286000" w:rsidRDefault="00543DFD" w:rsidP="003C220D">
            <w:pPr>
              <w:spacing w:after="0" w:line="276" w:lineRule="auto"/>
              <w:rPr>
                <w:sz w:val="24"/>
                <w:szCs w:val="24"/>
              </w:rPr>
            </w:pPr>
            <w:r w:rsidRPr="00286000">
              <w:rPr>
                <w:b/>
                <w:color w:val="17324D"/>
                <w:sz w:val="24"/>
                <w:szCs w:val="24"/>
              </w:rPr>
              <w:t>Current CV received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D2BEBC3" w14:textId="465F2FD5" w:rsidR="009E391D" w:rsidRPr="00286000" w:rsidRDefault="009E391D" w:rsidP="003C220D">
            <w:pPr>
              <w:spacing w:after="0" w:line="276" w:lineRule="auto"/>
              <w:rPr>
                <w:sz w:val="24"/>
                <w:szCs w:val="24"/>
              </w:rPr>
            </w:pPr>
          </w:p>
        </w:tc>
      </w:tr>
      <w:tr w:rsidR="009E391D" w:rsidRPr="00286000" w14:paraId="1EA1C910"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29720A1" w14:textId="77777777" w:rsidR="009E391D" w:rsidRPr="00286000" w:rsidRDefault="00543DFD" w:rsidP="003C220D">
            <w:pPr>
              <w:spacing w:after="0" w:line="276" w:lineRule="auto"/>
              <w:rPr>
                <w:sz w:val="24"/>
                <w:szCs w:val="24"/>
              </w:rPr>
            </w:pPr>
            <w:r w:rsidRPr="00286000">
              <w:rPr>
                <w:b/>
                <w:color w:val="17324D"/>
                <w:sz w:val="24"/>
                <w:szCs w:val="24"/>
              </w:rPr>
              <w:t>Current ICSC verified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ACB91B5" w14:textId="4CBAC975" w:rsidR="009E391D" w:rsidRPr="00286000" w:rsidRDefault="009E391D" w:rsidP="003C220D">
            <w:pPr>
              <w:spacing w:after="0" w:line="276" w:lineRule="auto"/>
              <w:rPr>
                <w:sz w:val="24"/>
                <w:szCs w:val="24"/>
              </w:rPr>
            </w:pPr>
          </w:p>
        </w:tc>
      </w:tr>
      <w:tr w:rsidR="009E391D" w:rsidRPr="00286000" w14:paraId="042AC3BC"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FAB2B7A" w14:textId="77777777" w:rsidR="009E391D" w:rsidRPr="00286000" w:rsidRDefault="00543DFD" w:rsidP="003C220D">
            <w:pPr>
              <w:spacing w:after="0" w:line="276" w:lineRule="auto"/>
              <w:rPr>
                <w:sz w:val="24"/>
                <w:szCs w:val="24"/>
              </w:rPr>
            </w:pPr>
            <w:r w:rsidRPr="00286000">
              <w:rPr>
                <w:b/>
                <w:color w:val="17324D"/>
                <w:sz w:val="24"/>
                <w:szCs w:val="24"/>
              </w:rPr>
              <w:t>Current FICS / NCSC / RCSC membership verified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24AFB7CC" w14:textId="34CF677E" w:rsidR="009E391D" w:rsidRPr="00286000" w:rsidRDefault="009E391D" w:rsidP="003C220D">
            <w:pPr>
              <w:spacing w:after="0" w:line="276" w:lineRule="auto"/>
              <w:rPr>
                <w:sz w:val="24"/>
                <w:szCs w:val="24"/>
              </w:rPr>
            </w:pPr>
          </w:p>
        </w:tc>
      </w:tr>
      <w:tr w:rsidR="009E391D" w:rsidRPr="00286000" w14:paraId="1F9F5720"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77A3C6BB" w14:textId="77777777" w:rsidR="009E391D" w:rsidRPr="00286000" w:rsidRDefault="00543DFD" w:rsidP="003C220D">
            <w:pPr>
              <w:spacing w:after="0" w:line="276" w:lineRule="auto"/>
              <w:rPr>
                <w:sz w:val="24"/>
                <w:szCs w:val="24"/>
              </w:rPr>
            </w:pPr>
            <w:r w:rsidRPr="00286000">
              <w:rPr>
                <w:b/>
                <w:color w:val="17324D"/>
                <w:sz w:val="24"/>
                <w:szCs w:val="24"/>
              </w:rPr>
              <w:t>Professional standing checked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10BE00E" w14:textId="13C22C63" w:rsidR="009E391D" w:rsidRPr="00286000" w:rsidRDefault="009E391D" w:rsidP="003C220D">
            <w:pPr>
              <w:spacing w:after="0" w:line="276" w:lineRule="auto"/>
              <w:rPr>
                <w:sz w:val="24"/>
                <w:szCs w:val="24"/>
              </w:rPr>
            </w:pPr>
          </w:p>
        </w:tc>
      </w:tr>
      <w:tr w:rsidR="009E391D" w:rsidRPr="00286000" w14:paraId="1B1B8D96"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EDE1887" w14:textId="77777777" w:rsidR="009E391D" w:rsidRPr="00286000" w:rsidRDefault="00543DFD" w:rsidP="003C220D">
            <w:pPr>
              <w:spacing w:after="0" w:line="276" w:lineRule="auto"/>
              <w:rPr>
                <w:sz w:val="24"/>
                <w:szCs w:val="24"/>
              </w:rPr>
            </w:pPr>
            <w:r w:rsidRPr="00286000">
              <w:rPr>
                <w:b/>
                <w:color w:val="17324D"/>
                <w:sz w:val="24"/>
                <w:szCs w:val="24"/>
              </w:rPr>
              <w:t>Teaching experience reviewed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95FCBD5" w14:textId="7639CD50" w:rsidR="009E391D" w:rsidRPr="00286000" w:rsidRDefault="00543DFD" w:rsidP="003C220D">
            <w:pPr>
              <w:spacing w:after="0" w:line="276" w:lineRule="auto"/>
              <w:rPr>
                <w:sz w:val="24"/>
                <w:szCs w:val="24"/>
              </w:rPr>
            </w:pPr>
            <w:r w:rsidRPr="00286000">
              <w:rPr>
                <w:i/>
                <w:color w:val="666666"/>
                <w:sz w:val="24"/>
                <w:szCs w:val="24"/>
              </w:rPr>
              <w:t xml:space="preserve">Meets requirement  </w:t>
            </w:r>
          </w:p>
        </w:tc>
      </w:tr>
      <w:tr w:rsidR="009E391D" w:rsidRPr="00286000" w14:paraId="136DBA0B"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0B1379DA" w14:textId="77777777" w:rsidR="009E391D" w:rsidRPr="00286000" w:rsidRDefault="00543DFD" w:rsidP="003C220D">
            <w:pPr>
              <w:spacing w:after="0" w:line="276" w:lineRule="auto"/>
              <w:rPr>
                <w:sz w:val="24"/>
                <w:szCs w:val="24"/>
              </w:rPr>
            </w:pPr>
            <w:r w:rsidRPr="00286000">
              <w:rPr>
                <w:b/>
                <w:color w:val="17324D"/>
                <w:sz w:val="24"/>
                <w:szCs w:val="24"/>
              </w:rPr>
              <w:t>FICS / sports-event experience reviewed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0536692E" w14:textId="66BBA908" w:rsidR="009E391D" w:rsidRPr="00286000" w:rsidRDefault="00543DFD" w:rsidP="003C220D">
            <w:pPr>
              <w:spacing w:after="0" w:line="276" w:lineRule="auto"/>
              <w:rPr>
                <w:sz w:val="24"/>
                <w:szCs w:val="24"/>
              </w:rPr>
            </w:pPr>
            <w:r w:rsidRPr="00286000">
              <w:rPr>
                <w:i/>
                <w:color w:val="666666"/>
                <w:sz w:val="24"/>
                <w:szCs w:val="24"/>
              </w:rPr>
              <w:t xml:space="preserve">Suitable  </w:t>
            </w:r>
          </w:p>
        </w:tc>
      </w:tr>
      <w:tr w:rsidR="009E391D" w:rsidRPr="00286000" w14:paraId="172A4519" w14:textId="77777777" w:rsidTr="00821DD0">
        <w:trPr>
          <w:jc w:val="center"/>
        </w:trPr>
        <w:tc>
          <w:tcPr>
            <w:tcW w:w="3975"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7386F18A" w14:textId="77777777" w:rsidR="009E391D" w:rsidRPr="00286000" w:rsidRDefault="00543DFD" w:rsidP="003C220D">
            <w:pPr>
              <w:spacing w:after="0" w:line="276" w:lineRule="auto"/>
              <w:rPr>
                <w:sz w:val="24"/>
                <w:szCs w:val="24"/>
              </w:rPr>
            </w:pPr>
            <w:r w:rsidRPr="00286000">
              <w:rPr>
                <w:b/>
                <w:color w:val="17324D"/>
                <w:sz w:val="24"/>
                <w:szCs w:val="24"/>
              </w:rPr>
              <w:t>Travel and availability reviewed</w:t>
            </w:r>
          </w:p>
        </w:tc>
        <w:tc>
          <w:tcPr>
            <w:tcW w:w="6404" w:type="dxa"/>
            <w:gridSpan w:val="2"/>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1AED2828" w14:textId="713F01A2" w:rsidR="009E391D" w:rsidRPr="00286000" w:rsidRDefault="00543DFD" w:rsidP="003C220D">
            <w:pPr>
              <w:spacing w:after="0" w:line="276" w:lineRule="auto"/>
              <w:rPr>
                <w:sz w:val="24"/>
                <w:szCs w:val="24"/>
              </w:rPr>
            </w:pPr>
            <w:r w:rsidRPr="00286000">
              <w:rPr>
                <w:i/>
                <w:color w:val="666666"/>
                <w:sz w:val="24"/>
                <w:szCs w:val="24"/>
              </w:rPr>
              <w:t xml:space="preserve">Suitable   </w:t>
            </w:r>
          </w:p>
        </w:tc>
      </w:tr>
    </w:tbl>
    <w:p w14:paraId="5953FC7B" w14:textId="77777777" w:rsidR="00932E08" w:rsidRDefault="00932E08" w:rsidP="003C220D">
      <w:pPr>
        <w:keepNext/>
        <w:spacing w:before="60" w:after="40" w:line="276" w:lineRule="auto"/>
        <w:rPr>
          <w:b/>
          <w:color w:val="17324D"/>
          <w:sz w:val="24"/>
          <w:szCs w:val="24"/>
        </w:rPr>
      </w:pPr>
    </w:p>
    <w:p w14:paraId="4BA99D42" w14:textId="0361C876" w:rsidR="009E391D" w:rsidRPr="00286000" w:rsidRDefault="00932E08" w:rsidP="003C220D">
      <w:pPr>
        <w:keepNext/>
        <w:spacing w:before="60" w:after="40" w:line="276" w:lineRule="auto"/>
        <w:rPr>
          <w:sz w:val="24"/>
          <w:szCs w:val="24"/>
        </w:rPr>
      </w:pPr>
      <w:r>
        <w:rPr>
          <w:b/>
          <w:color w:val="17324D"/>
          <w:sz w:val="24"/>
          <w:szCs w:val="24"/>
        </w:rPr>
        <w:t xml:space="preserve">Education Commission </w:t>
      </w:r>
      <w:r w:rsidR="00543DFD" w:rsidRPr="00286000">
        <w:rPr>
          <w:b/>
          <w:color w:val="17324D"/>
          <w:sz w:val="24"/>
          <w:szCs w:val="24"/>
        </w:rPr>
        <w:t>comments and assessment against the selection criteria</w:t>
      </w:r>
    </w:p>
    <w:tbl>
      <w:tblPr>
        <w:tblW w:w="10458" w:type="dxa"/>
        <w:tblLayout w:type="fixed"/>
        <w:tblLook w:val="04A0" w:firstRow="1" w:lastRow="0" w:firstColumn="1" w:lastColumn="0" w:noHBand="0" w:noVBand="1"/>
      </w:tblPr>
      <w:tblGrid>
        <w:gridCol w:w="10458"/>
      </w:tblGrid>
      <w:tr w:rsidR="009E391D" w:rsidRPr="00286000" w14:paraId="17164BA7" w14:textId="77777777" w:rsidTr="003C220D">
        <w:tc>
          <w:tcPr>
            <w:tcW w:w="10458" w:type="dxa"/>
            <w:tcBorders>
              <w:top w:val="single" w:sz="6" w:space="0" w:color="C9D6DF"/>
              <w:left w:val="single" w:sz="6" w:space="0" w:color="C9D6DF"/>
              <w:bottom w:val="single" w:sz="6" w:space="0" w:color="C9D6DF"/>
              <w:right w:val="single" w:sz="6" w:space="0" w:color="C9D6DF"/>
            </w:tcBorders>
            <w:shd w:val="clear" w:color="auto" w:fill="FFFFFF"/>
            <w:tcMar>
              <w:top w:w="90" w:type="dxa"/>
              <w:left w:w="110" w:type="dxa"/>
              <w:bottom w:w="90" w:type="dxa"/>
              <w:right w:w="110" w:type="dxa"/>
            </w:tcMar>
          </w:tcPr>
          <w:p w14:paraId="0D7EBD40" w14:textId="77777777" w:rsidR="00932E08" w:rsidRDefault="00543DFD" w:rsidP="003C220D">
            <w:pPr>
              <w:spacing w:after="0" w:line="276" w:lineRule="auto"/>
              <w:rPr>
                <w:sz w:val="24"/>
                <w:szCs w:val="24"/>
              </w:rPr>
            </w:pPr>
            <w:r w:rsidRPr="00286000">
              <w:rPr>
                <w:i/>
                <w:color w:val="888888"/>
                <w:sz w:val="24"/>
                <w:szCs w:val="24"/>
              </w:rPr>
              <w:t>Record strengths, gaps, risks, information requested and any discussion held with the applicant.</w:t>
            </w:r>
            <w:r w:rsidRPr="00286000">
              <w:rPr>
                <w:sz w:val="24"/>
                <w:szCs w:val="24"/>
              </w:rPr>
              <w:br/>
            </w:r>
          </w:p>
          <w:p w14:paraId="6F2C0E06" w14:textId="77777777" w:rsidR="00932E08" w:rsidRDefault="00932E08" w:rsidP="003C220D">
            <w:pPr>
              <w:spacing w:after="0" w:line="276" w:lineRule="auto"/>
              <w:rPr>
                <w:sz w:val="24"/>
                <w:szCs w:val="24"/>
              </w:rPr>
            </w:pPr>
          </w:p>
          <w:p w14:paraId="4502CA43" w14:textId="522EF9A5" w:rsidR="00821349" w:rsidRPr="00286000" w:rsidRDefault="00821349" w:rsidP="003C220D">
            <w:pPr>
              <w:spacing w:after="0" w:line="276" w:lineRule="auto"/>
              <w:rPr>
                <w:sz w:val="24"/>
                <w:szCs w:val="24"/>
              </w:rPr>
            </w:pPr>
          </w:p>
        </w:tc>
      </w:tr>
    </w:tbl>
    <w:p w14:paraId="524245F6" w14:textId="77777777" w:rsidR="003C220D" w:rsidRDefault="003C220D" w:rsidP="003C220D">
      <w:pPr>
        <w:spacing w:before="60" w:after="20" w:line="276" w:lineRule="auto"/>
        <w:rPr>
          <w:b/>
          <w:color w:val="17324D"/>
          <w:sz w:val="24"/>
          <w:szCs w:val="24"/>
        </w:rPr>
      </w:pPr>
    </w:p>
    <w:p w14:paraId="4D60FAF1" w14:textId="3E677314" w:rsidR="009E391D" w:rsidRPr="00286000" w:rsidRDefault="003C220D" w:rsidP="003C220D">
      <w:pPr>
        <w:spacing w:before="60" w:after="20" w:line="276" w:lineRule="auto"/>
        <w:rPr>
          <w:sz w:val="24"/>
          <w:szCs w:val="24"/>
        </w:rPr>
      </w:pPr>
      <w:r>
        <w:rPr>
          <w:b/>
          <w:color w:val="17324D"/>
          <w:sz w:val="24"/>
          <w:szCs w:val="24"/>
        </w:rPr>
        <w:t>FICS Office Use:</w:t>
      </w:r>
      <w:r w:rsidR="00821DD0">
        <w:rPr>
          <w:b/>
          <w:color w:val="17324D"/>
          <w:sz w:val="24"/>
          <w:szCs w:val="24"/>
        </w:rPr>
        <w:t xml:space="preserve"> </w:t>
      </w:r>
      <w:r w:rsidR="00543DFD" w:rsidRPr="00286000">
        <w:rPr>
          <w:b/>
          <w:color w:val="17324D"/>
          <w:sz w:val="24"/>
          <w:szCs w:val="24"/>
        </w:rPr>
        <w:t>Review outcome</w:t>
      </w:r>
    </w:p>
    <w:p w14:paraId="2EC3FB4D" w14:textId="77777777" w:rsidR="00821DD0" w:rsidRDefault="00543DFD" w:rsidP="003C220D">
      <w:pPr>
        <w:spacing w:after="20" w:line="276" w:lineRule="auto"/>
        <w:rPr>
          <w:color w:val="000000" w:themeColor="text1"/>
          <w:sz w:val="24"/>
          <w:szCs w:val="24"/>
        </w:rPr>
      </w:pPr>
      <w:r w:rsidRPr="003C220D">
        <w:rPr>
          <w:color w:val="000000" w:themeColor="text1"/>
          <w:sz w:val="24"/>
          <w:szCs w:val="24"/>
        </w:rPr>
        <w:t>☐ Not progressed    ☐ Hold for future operational need</w:t>
      </w:r>
      <w:r w:rsidR="00821DD0">
        <w:rPr>
          <w:color w:val="000000" w:themeColor="text1"/>
          <w:sz w:val="24"/>
          <w:szCs w:val="24"/>
        </w:rPr>
        <w:t xml:space="preserve"> </w:t>
      </w:r>
    </w:p>
    <w:p w14:paraId="58BB4A7F" w14:textId="0279AD0F" w:rsidR="003C220D" w:rsidRDefault="00543DFD" w:rsidP="003C220D">
      <w:pPr>
        <w:spacing w:after="20" w:line="276" w:lineRule="auto"/>
        <w:rPr>
          <w:color w:val="000000" w:themeColor="text1"/>
          <w:sz w:val="24"/>
          <w:szCs w:val="24"/>
        </w:rPr>
      </w:pPr>
      <w:r w:rsidRPr="003C220D">
        <w:rPr>
          <w:color w:val="000000" w:themeColor="text1"/>
          <w:sz w:val="24"/>
          <w:szCs w:val="24"/>
        </w:rPr>
        <w:t xml:space="preserve">☐ Approved to enter Instructor </w:t>
      </w:r>
      <w:r w:rsidR="00821DD0">
        <w:rPr>
          <w:color w:val="000000" w:themeColor="text1"/>
          <w:sz w:val="24"/>
          <w:szCs w:val="24"/>
        </w:rPr>
        <w:t>p</w:t>
      </w:r>
      <w:r w:rsidRPr="003C220D">
        <w:rPr>
          <w:color w:val="000000" w:themeColor="text1"/>
          <w:sz w:val="24"/>
          <w:szCs w:val="24"/>
        </w:rPr>
        <w:t xml:space="preserve">athway     </w:t>
      </w:r>
      <w:r w:rsidR="00821DD0">
        <w:rPr>
          <w:color w:val="000000" w:themeColor="text1"/>
          <w:sz w:val="24"/>
          <w:szCs w:val="24"/>
        </w:rPr>
        <w:t xml:space="preserve"> </w:t>
      </w:r>
    </w:p>
    <w:p w14:paraId="5A23F952" w14:textId="77777777" w:rsidR="00822BAE" w:rsidRPr="003C220D" w:rsidRDefault="00822BAE" w:rsidP="003C220D">
      <w:pPr>
        <w:spacing w:after="20" w:line="276" w:lineRule="auto"/>
        <w:rPr>
          <w:color w:val="000000" w:themeColor="text1"/>
          <w:sz w:val="24"/>
          <w:szCs w:val="24"/>
        </w:rPr>
      </w:pPr>
    </w:p>
    <w:tbl>
      <w:tblPr>
        <w:tblW w:w="0" w:type="auto"/>
        <w:jc w:val="center"/>
        <w:tblLayout w:type="fixed"/>
        <w:tblLook w:val="04A0" w:firstRow="1" w:lastRow="0" w:firstColumn="1" w:lastColumn="0" w:noHBand="0" w:noVBand="1"/>
      </w:tblPr>
      <w:tblGrid>
        <w:gridCol w:w="3668"/>
        <w:gridCol w:w="6696"/>
      </w:tblGrid>
      <w:tr w:rsidR="009E391D" w:rsidRPr="00286000" w14:paraId="3CD60E04"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005D8632" w14:textId="77777777" w:rsidR="009E391D" w:rsidRPr="00286000" w:rsidRDefault="00543DFD" w:rsidP="003C220D">
            <w:pPr>
              <w:spacing w:after="0" w:line="276" w:lineRule="auto"/>
              <w:rPr>
                <w:sz w:val="24"/>
                <w:szCs w:val="24"/>
              </w:rPr>
            </w:pPr>
            <w:r w:rsidRPr="00286000">
              <w:rPr>
                <w:b/>
                <w:color w:val="17324D"/>
                <w:sz w:val="24"/>
                <w:szCs w:val="24"/>
              </w:rPr>
              <w:t>Proposed instructor level</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1EF1C9C3" w14:textId="1EAF550F" w:rsidR="009E391D" w:rsidRPr="00286000" w:rsidRDefault="009E391D" w:rsidP="003C220D">
            <w:pPr>
              <w:spacing w:after="0" w:line="276" w:lineRule="auto"/>
              <w:rPr>
                <w:sz w:val="24"/>
                <w:szCs w:val="24"/>
              </w:rPr>
            </w:pPr>
          </w:p>
        </w:tc>
      </w:tr>
      <w:tr w:rsidR="009E391D" w:rsidRPr="00286000" w14:paraId="00A0A2DA"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7AE47EF3" w14:textId="5027FA9C" w:rsidR="009E391D" w:rsidRPr="00286000" w:rsidRDefault="00932E08" w:rsidP="003C220D">
            <w:pPr>
              <w:spacing w:after="0" w:line="276" w:lineRule="auto"/>
              <w:rPr>
                <w:sz w:val="24"/>
                <w:szCs w:val="24"/>
              </w:rPr>
            </w:pPr>
            <w:r>
              <w:rPr>
                <w:b/>
                <w:color w:val="17324D"/>
                <w:sz w:val="24"/>
                <w:szCs w:val="24"/>
              </w:rPr>
              <w:t>Orientation/development</w:t>
            </w:r>
            <w:r w:rsidR="00543DFD" w:rsidRPr="00286000">
              <w:rPr>
                <w:b/>
                <w:color w:val="17324D"/>
                <w:sz w:val="24"/>
                <w:szCs w:val="24"/>
              </w:rPr>
              <w:t xml:space="preserve"> required</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2AE725C4" w14:textId="475EE89B" w:rsidR="009E391D" w:rsidRPr="00286000" w:rsidRDefault="009E391D" w:rsidP="003C220D">
            <w:pPr>
              <w:spacing w:after="0" w:line="276" w:lineRule="auto"/>
              <w:rPr>
                <w:sz w:val="24"/>
                <w:szCs w:val="24"/>
              </w:rPr>
            </w:pPr>
          </w:p>
        </w:tc>
      </w:tr>
      <w:tr w:rsidR="009E391D" w:rsidRPr="00286000" w14:paraId="642A442D"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02DE3EB2" w14:textId="77777777" w:rsidR="009E391D" w:rsidRPr="00286000" w:rsidRDefault="00543DFD" w:rsidP="003C220D">
            <w:pPr>
              <w:spacing w:after="0" w:line="276" w:lineRule="auto"/>
              <w:rPr>
                <w:sz w:val="24"/>
                <w:szCs w:val="24"/>
              </w:rPr>
            </w:pPr>
            <w:r w:rsidRPr="00286000">
              <w:rPr>
                <w:b/>
                <w:color w:val="17324D"/>
                <w:sz w:val="24"/>
                <w:szCs w:val="24"/>
              </w:rPr>
              <w:t>Reviewed by</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2317D3EF" w14:textId="5D8BE007" w:rsidR="009E391D" w:rsidRPr="00286000" w:rsidRDefault="009E391D" w:rsidP="003C220D">
            <w:pPr>
              <w:spacing w:after="0" w:line="276" w:lineRule="auto"/>
              <w:rPr>
                <w:sz w:val="24"/>
                <w:szCs w:val="24"/>
              </w:rPr>
            </w:pPr>
          </w:p>
        </w:tc>
      </w:tr>
      <w:tr w:rsidR="009E391D" w:rsidRPr="00286000" w14:paraId="0EB43BDC"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448666B6" w14:textId="77777777" w:rsidR="009E391D" w:rsidRPr="00286000" w:rsidRDefault="00543DFD" w:rsidP="003C220D">
            <w:pPr>
              <w:spacing w:after="0" w:line="276" w:lineRule="auto"/>
              <w:rPr>
                <w:sz w:val="24"/>
                <w:szCs w:val="24"/>
              </w:rPr>
            </w:pPr>
            <w:r w:rsidRPr="00286000">
              <w:rPr>
                <w:b/>
                <w:color w:val="17324D"/>
                <w:sz w:val="24"/>
                <w:szCs w:val="24"/>
              </w:rPr>
              <w:t>Decision authorised by</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731F3153" w14:textId="5A1E5597" w:rsidR="009E391D" w:rsidRPr="00286000" w:rsidRDefault="009E391D" w:rsidP="003C220D">
            <w:pPr>
              <w:spacing w:after="0" w:line="276" w:lineRule="auto"/>
              <w:rPr>
                <w:sz w:val="24"/>
                <w:szCs w:val="24"/>
              </w:rPr>
            </w:pPr>
          </w:p>
        </w:tc>
      </w:tr>
      <w:tr w:rsidR="009E391D" w:rsidRPr="00286000" w14:paraId="71F2AC36"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33692065" w14:textId="77777777" w:rsidR="009E391D" w:rsidRPr="00286000" w:rsidRDefault="00543DFD" w:rsidP="003C220D">
            <w:pPr>
              <w:spacing w:after="0" w:line="276" w:lineRule="auto"/>
              <w:rPr>
                <w:sz w:val="24"/>
                <w:szCs w:val="24"/>
              </w:rPr>
            </w:pPr>
            <w:r w:rsidRPr="00286000">
              <w:rPr>
                <w:b/>
                <w:color w:val="17324D"/>
                <w:sz w:val="24"/>
                <w:szCs w:val="24"/>
              </w:rPr>
              <w:t>Applicant notified</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630C8261" w14:textId="58C67505" w:rsidR="009E391D" w:rsidRPr="00286000" w:rsidRDefault="009E391D" w:rsidP="003C220D">
            <w:pPr>
              <w:spacing w:after="0" w:line="276" w:lineRule="auto"/>
              <w:rPr>
                <w:sz w:val="24"/>
                <w:szCs w:val="24"/>
              </w:rPr>
            </w:pPr>
          </w:p>
        </w:tc>
      </w:tr>
      <w:tr w:rsidR="009E391D" w:rsidRPr="00286000" w14:paraId="1C5535F4" w14:textId="77777777" w:rsidTr="003C220D">
        <w:trPr>
          <w:jc w:val="center"/>
        </w:trPr>
        <w:tc>
          <w:tcPr>
            <w:tcW w:w="3668" w:type="dxa"/>
            <w:tcBorders>
              <w:top w:val="single" w:sz="6" w:space="0" w:color="C9D6DF"/>
              <w:left w:val="single" w:sz="6" w:space="0" w:color="C9D6DF"/>
              <w:bottom w:val="single" w:sz="6" w:space="0" w:color="C9D6DF"/>
              <w:right w:val="single" w:sz="6" w:space="0" w:color="C9D6DF"/>
            </w:tcBorders>
            <w:shd w:val="clear" w:color="auto" w:fill="F5F7F9"/>
            <w:tcMar>
              <w:top w:w="70" w:type="dxa"/>
              <w:left w:w="100" w:type="dxa"/>
              <w:bottom w:w="70" w:type="dxa"/>
              <w:right w:w="100" w:type="dxa"/>
            </w:tcMar>
            <w:vAlign w:val="center"/>
          </w:tcPr>
          <w:p w14:paraId="05C57FD1" w14:textId="77777777" w:rsidR="009E391D" w:rsidRPr="00286000" w:rsidRDefault="00543DFD" w:rsidP="003C220D">
            <w:pPr>
              <w:spacing w:after="0" w:line="276" w:lineRule="auto"/>
              <w:rPr>
                <w:sz w:val="24"/>
                <w:szCs w:val="24"/>
              </w:rPr>
            </w:pPr>
            <w:r w:rsidRPr="00286000">
              <w:rPr>
                <w:b/>
                <w:color w:val="17324D"/>
                <w:sz w:val="24"/>
                <w:szCs w:val="24"/>
              </w:rPr>
              <w:t>Records updated</w:t>
            </w:r>
          </w:p>
        </w:tc>
        <w:tc>
          <w:tcPr>
            <w:tcW w:w="6696" w:type="dxa"/>
            <w:tcBorders>
              <w:top w:val="single" w:sz="6" w:space="0" w:color="C9D6DF"/>
              <w:left w:val="single" w:sz="6" w:space="0" w:color="C9D6DF"/>
              <w:bottom w:val="single" w:sz="6" w:space="0" w:color="C9D6DF"/>
              <w:right w:val="single" w:sz="6" w:space="0" w:color="C9D6DF"/>
            </w:tcBorders>
            <w:shd w:val="clear" w:color="auto" w:fill="FFFFFF"/>
            <w:tcMar>
              <w:top w:w="70" w:type="dxa"/>
              <w:left w:w="100" w:type="dxa"/>
              <w:bottom w:w="70" w:type="dxa"/>
              <w:right w:w="100" w:type="dxa"/>
            </w:tcMar>
            <w:vAlign w:val="center"/>
          </w:tcPr>
          <w:p w14:paraId="04C5337F" w14:textId="508421A0" w:rsidR="009E391D" w:rsidRPr="00286000" w:rsidRDefault="009E391D" w:rsidP="003C220D">
            <w:pPr>
              <w:spacing w:after="0" w:line="276" w:lineRule="auto"/>
              <w:rPr>
                <w:sz w:val="24"/>
                <w:szCs w:val="24"/>
              </w:rPr>
            </w:pPr>
          </w:p>
        </w:tc>
      </w:tr>
    </w:tbl>
    <w:p w14:paraId="0C038891" w14:textId="77777777" w:rsidR="00543DFD" w:rsidRPr="00286000" w:rsidRDefault="00543DFD" w:rsidP="00821DD0">
      <w:pPr>
        <w:spacing w:line="276" w:lineRule="auto"/>
        <w:rPr>
          <w:sz w:val="24"/>
          <w:szCs w:val="24"/>
        </w:rPr>
      </w:pPr>
    </w:p>
    <w:sectPr w:rsidR="00543DFD" w:rsidRPr="00286000" w:rsidSect="005C51A5">
      <w:footerReference w:type="default" r:id="rId16"/>
      <w:pgSz w:w="12240" w:h="15840"/>
      <w:pgMar w:top="648" w:right="936" w:bottom="993" w:left="936" w:header="720" w:footer="2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18318" w14:textId="77777777" w:rsidR="007574F4" w:rsidRDefault="007574F4">
      <w:pPr>
        <w:spacing w:after="0"/>
      </w:pPr>
      <w:r>
        <w:separator/>
      </w:r>
    </w:p>
  </w:endnote>
  <w:endnote w:type="continuationSeparator" w:id="0">
    <w:p w14:paraId="738BA07F" w14:textId="77777777" w:rsidR="007574F4" w:rsidRDefault="007574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E85E" w14:textId="02CD46C3" w:rsidR="00932E08" w:rsidRDefault="00932E08" w:rsidP="00932E08">
    <w:pPr>
      <w:pStyle w:val="Footer"/>
      <w:tabs>
        <w:tab w:val="clear" w:pos="9360"/>
        <w:tab w:val="right" w:pos="10206"/>
      </w:tabs>
    </w:pPr>
    <w:r w:rsidRPr="00932E08">
      <w:rPr>
        <w:color w:val="666666"/>
        <w:sz w:val="22"/>
      </w:rPr>
      <w:t xml:space="preserve">FICS ICSC Instructor Pool Expression of Interest  </w:t>
    </w:r>
    <w:r w:rsidR="004E4AB1">
      <w:rPr>
        <w:color w:val="666666"/>
        <w:sz w:val="22"/>
      </w:rPr>
      <w:t>- Updated 30 July 2026</w:t>
    </w:r>
    <w:r w:rsidRPr="00932E08">
      <w:rPr>
        <w:color w:val="666666"/>
        <w:sz w:val="22"/>
      </w:rPr>
      <w:t xml:space="preserve">   </w:t>
    </w:r>
    <w:sdt>
      <w:sdtPr>
        <w:rPr>
          <w:sz w:val="22"/>
        </w:rPr>
        <w:id w:val="944809547"/>
        <w:docPartObj>
          <w:docPartGallery w:val="Page Numbers (Bottom of Page)"/>
          <w:docPartUnique/>
        </w:docPartObj>
      </w:sdtPr>
      <w:sdtEndPr>
        <w:rPr>
          <w:sz w:val="20"/>
        </w:rPr>
      </w:sdtEndPr>
      <w:sdtContent>
        <w:sdt>
          <w:sdtPr>
            <w:rPr>
              <w:sz w:val="22"/>
            </w:rPr>
            <w:id w:val="-1769616900"/>
            <w:docPartObj>
              <w:docPartGallery w:val="Page Numbers (Top of Page)"/>
              <w:docPartUnique/>
            </w:docPartObj>
          </w:sdtPr>
          <w:sdtEndPr>
            <w:rPr>
              <w:sz w:val="20"/>
            </w:rPr>
          </w:sdtEndPr>
          <w:sdtContent>
            <w:r>
              <w:rPr>
                <w:sz w:val="22"/>
              </w:rPr>
              <w:tab/>
            </w:r>
            <w:r w:rsidRPr="00932E08">
              <w:rPr>
                <w:sz w:val="22"/>
                <w:lang w:val="en-GB"/>
              </w:rPr>
              <w:t xml:space="preserve">Page </w:t>
            </w:r>
            <w:r w:rsidRPr="00932E08">
              <w:rPr>
                <w:b/>
                <w:bCs/>
                <w:sz w:val="22"/>
              </w:rPr>
              <w:fldChar w:fldCharType="begin"/>
            </w:r>
            <w:r w:rsidRPr="00932E08">
              <w:rPr>
                <w:b/>
                <w:bCs/>
                <w:sz w:val="22"/>
              </w:rPr>
              <w:instrText>PAGE</w:instrText>
            </w:r>
            <w:r w:rsidRPr="00932E08">
              <w:rPr>
                <w:b/>
                <w:bCs/>
                <w:sz w:val="22"/>
              </w:rPr>
              <w:fldChar w:fldCharType="separate"/>
            </w:r>
            <w:r w:rsidRPr="00932E08">
              <w:rPr>
                <w:b/>
                <w:bCs/>
                <w:sz w:val="22"/>
                <w:lang w:val="en-GB"/>
              </w:rPr>
              <w:t>2</w:t>
            </w:r>
            <w:r w:rsidRPr="00932E08">
              <w:rPr>
                <w:b/>
                <w:bCs/>
                <w:sz w:val="22"/>
              </w:rPr>
              <w:fldChar w:fldCharType="end"/>
            </w:r>
            <w:r w:rsidRPr="00932E08">
              <w:rPr>
                <w:sz w:val="22"/>
                <w:lang w:val="en-GB"/>
              </w:rPr>
              <w:t xml:space="preserve"> of </w:t>
            </w:r>
            <w:r w:rsidRPr="00932E08">
              <w:rPr>
                <w:b/>
                <w:bCs/>
                <w:sz w:val="22"/>
              </w:rPr>
              <w:fldChar w:fldCharType="begin"/>
            </w:r>
            <w:r w:rsidRPr="00932E08">
              <w:rPr>
                <w:b/>
                <w:bCs/>
                <w:sz w:val="22"/>
              </w:rPr>
              <w:instrText>NUMPAGES</w:instrText>
            </w:r>
            <w:r w:rsidRPr="00932E08">
              <w:rPr>
                <w:b/>
                <w:bCs/>
                <w:sz w:val="22"/>
              </w:rPr>
              <w:fldChar w:fldCharType="separate"/>
            </w:r>
            <w:r w:rsidRPr="00932E08">
              <w:rPr>
                <w:b/>
                <w:bCs/>
                <w:sz w:val="22"/>
                <w:lang w:val="en-GB"/>
              </w:rPr>
              <w:t>2</w:t>
            </w:r>
            <w:r w:rsidRPr="00932E08">
              <w:rPr>
                <w:b/>
                <w:bCs/>
                <w:sz w:val="22"/>
              </w:rPr>
              <w:fldChar w:fldCharType="end"/>
            </w:r>
          </w:sdtContent>
        </w:sdt>
      </w:sdtContent>
    </w:sdt>
  </w:p>
  <w:p w14:paraId="2C8678B3" w14:textId="5C35FC46" w:rsidR="009E391D" w:rsidRDefault="009E391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3E4F" w14:textId="77777777" w:rsidR="007574F4" w:rsidRDefault="007574F4">
      <w:pPr>
        <w:spacing w:after="0"/>
      </w:pPr>
      <w:r>
        <w:separator/>
      </w:r>
    </w:p>
  </w:footnote>
  <w:footnote w:type="continuationSeparator" w:id="0">
    <w:p w14:paraId="56F5CE37" w14:textId="77777777" w:rsidR="007574F4" w:rsidRDefault="007574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3F1382"/>
    <w:multiLevelType w:val="hybridMultilevel"/>
    <w:tmpl w:val="2DCE9E50"/>
    <w:lvl w:ilvl="0" w:tplc="F2901372">
      <w:start w:val="1"/>
      <w:numFmt w:val="bullet"/>
      <w:lvlText w:val=""/>
      <w:lvlJc w:val="left"/>
      <w:pPr>
        <w:ind w:left="475" w:hanging="360"/>
      </w:pPr>
      <w:rPr>
        <w:rFonts w:ascii="Symbol" w:hAnsi="Symbol" w:hint="default"/>
        <w:color w:val="auto"/>
      </w:rPr>
    </w:lvl>
    <w:lvl w:ilvl="1" w:tplc="0C090003" w:tentative="1">
      <w:start w:val="1"/>
      <w:numFmt w:val="bullet"/>
      <w:lvlText w:val="o"/>
      <w:lvlJc w:val="left"/>
      <w:pPr>
        <w:ind w:left="1195" w:hanging="360"/>
      </w:pPr>
      <w:rPr>
        <w:rFonts w:ascii="Courier New" w:hAnsi="Courier New" w:cs="Courier New" w:hint="default"/>
      </w:rPr>
    </w:lvl>
    <w:lvl w:ilvl="2" w:tplc="0C090005" w:tentative="1">
      <w:start w:val="1"/>
      <w:numFmt w:val="bullet"/>
      <w:lvlText w:val=""/>
      <w:lvlJc w:val="left"/>
      <w:pPr>
        <w:ind w:left="1915" w:hanging="360"/>
      </w:pPr>
      <w:rPr>
        <w:rFonts w:ascii="Wingdings" w:hAnsi="Wingdings" w:hint="default"/>
      </w:rPr>
    </w:lvl>
    <w:lvl w:ilvl="3" w:tplc="0C090001" w:tentative="1">
      <w:start w:val="1"/>
      <w:numFmt w:val="bullet"/>
      <w:lvlText w:val=""/>
      <w:lvlJc w:val="left"/>
      <w:pPr>
        <w:ind w:left="2635" w:hanging="360"/>
      </w:pPr>
      <w:rPr>
        <w:rFonts w:ascii="Symbol" w:hAnsi="Symbol" w:hint="default"/>
      </w:rPr>
    </w:lvl>
    <w:lvl w:ilvl="4" w:tplc="0C090003" w:tentative="1">
      <w:start w:val="1"/>
      <w:numFmt w:val="bullet"/>
      <w:lvlText w:val="o"/>
      <w:lvlJc w:val="left"/>
      <w:pPr>
        <w:ind w:left="3355" w:hanging="360"/>
      </w:pPr>
      <w:rPr>
        <w:rFonts w:ascii="Courier New" w:hAnsi="Courier New" w:cs="Courier New" w:hint="default"/>
      </w:rPr>
    </w:lvl>
    <w:lvl w:ilvl="5" w:tplc="0C090005" w:tentative="1">
      <w:start w:val="1"/>
      <w:numFmt w:val="bullet"/>
      <w:lvlText w:val=""/>
      <w:lvlJc w:val="left"/>
      <w:pPr>
        <w:ind w:left="4075" w:hanging="360"/>
      </w:pPr>
      <w:rPr>
        <w:rFonts w:ascii="Wingdings" w:hAnsi="Wingdings" w:hint="default"/>
      </w:rPr>
    </w:lvl>
    <w:lvl w:ilvl="6" w:tplc="0C090001" w:tentative="1">
      <w:start w:val="1"/>
      <w:numFmt w:val="bullet"/>
      <w:lvlText w:val=""/>
      <w:lvlJc w:val="left"/>
      <w:pPr>
        <w:ind w:left="4795" w:hanging="360"/>
      </w:pPr>
      <w:rPr>
        <w:rFonts w:ascii="Symbol" w:hAnsi="Symbol" w:hint="default"/>
      </w:rPr>
    </w:lvl>
    <w:lvl w:ilvl="7" w:tplc="0C090003" w:tentative="1">
      <w:start w:val="1"/>
      <w:numFmt w:val="bullet"/>
      <w:lvlText w:val="o"/>
      <w:lvlJc w:val="left"/>
      <w:pPr>
        <w:ind w:left="5515" w:hanging="360"/>
      </w:pPr>
      <w:rPr>
        <w:rFonts w:ascii="Courier New" w:hAnsi="Courier New" w:cs="Courier New" w:hint="default"/>
      </w:rPr>
    </w:lvl>
    <w:lvl w:ilvl="8" w:tplc="0C090005" w:tentative="1">
      <w:start w:val="1"/>
      <w:numFmt w:val="bullet"/>
      <w:lvlText w:val=""/>
      <w:lvlJc w:val="left"/>
      <w:pPr>
        <w:ind w:left="6235" w:hanging="360"/>
      </w:pPr>
      <w:rPr>
        <w:rFonts w:ascii="Wingdings" w:hAnsi="Wingdings" w:hint="default"/>
      </w:rPr>
    </w:lvl>
  </w:abstractNum>
  <w:abstractNum w:abstractNumId="10" w15:restartNumberingAfterBreak="0">
    <w:nsid w:val="12673A30"/>
    <w:multiLevelType w:val="hybridMultilevel"/>
    <w:tmpl w:val="F3CC8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15573F"/>
    <w:multiLevelType w:val="multilevel"/>
    <w:tmpl w:val="9878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A150A4"/>
    <w:multiLevelType w:val="hybridMultilevel"/>
    <w:tmpl w:val="6E0A1356"/>
    <w:lvl w:ilvl="0" w:tplc="25E06618">
      <w:start w:val="1"/>
      <w:numFmt w:val="decimal"/>
      <w:lvlText w:val="%1."/>
      <w:lvlJc w:val="left"/>
      <w:pPr>
        <w:ind w:left="1080" w:hanging="7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69619A"/>
    <w:multiLevelType w:val="hybridMultilevel"/>
    <w:tmpl w:val="402E7B4A"/>
    <w:lvl w:ilvl="0" w:tplc="0C090001">
      <w:start w:val="1"/>
      <w:numFmt w:val="bullet"/>
      <w:lvlText w:val=""/>
      <w:lvlJc w:val="left"/>
      <w:pPr>
        <w:ind w:left="835" w:hanging="360"/>
      </w:pPr>
      <w:rPr>
        <w:rFonts w:ascii="Symbol" w:hAnsi="Symbol" w:hint="default"/>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4" w15:restartNumberingAfterBreak="0">
    <w:nsid w:val="549B0454"/>
    <w:multiLevelType w:val="hybridMultilevel"/>
    <w:tmpl w:val="AD36A19E"/>
    <w:lvl w:ilvl="0" w:tplc="137015F6">
      <w:start w:val="1"/>
      <w:numFmt w:val="decimal"/>
      <w:lvlText w:val="%1."/>
      <w:lvlJc w:val="left"/>
      <w:pPr>
        <w:ind w:left="720" w:hanging="360"/>
      </w:pPr>
      <w:rPr>
        <w:rFonts w:hint="default"/>
        <w:b/>
        <w:color w:val="17324D"/>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D7013AA"/>
    <w:multiLevelType w:val="multilevel"/>
    <w:tmpl w:val="2B8A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283613">
    <w:abstractNumId w:val="8"/>
  </w:num>
  <w:num w:numId="2" w16cid:durableId="387606094">
    <w:abstractNumId w:val="6"/>
  </w:num>
  <w:num w:numId="3" w16cid:durableId="850797779">
    <w:abstractNumId w:val="5"/>
  </w:num>
  <w:num w:numId="4" w16cid:durableId="539903359">
    <w:abstractNumId w:val="4"/>
  </w:num>
  <w:num w:numId="5" w16cid:durableId="572129412">
    <w:abstractNumId w:val="7"/>
  </w:num>
  <w:num w:numId="6" w16cid:durableId="1616907002">
    <w:abstractNumId w:val="3"/>
  </w:num>
  <w:num w:numId="7" w16cid:durableId="966205443">
    <w:abstractNumId w:val="2"/>
  </w:num>
  <w:num w:numId="8" w16cid:durableId="827287834">
    <w:abstractNumId w:val="1"/>
  </w:num>
  <w:num w:numId="9" w16cid:durableId="1253199052">
    <w:abstractNumId w:val="0"/>
  </w:num>
  <w:num w:numId="10" w16cid:durableId="1745949834">
    <w:abstractNumId w:val="13"/>
  </w:num>
  <w:num w:numId="11" w16cid:durableId="810100138">
    <w:abstractNumId w:val="9"/>
  </w:num>
  <w:num w:numId="12" w16cid:durableId="1980188913">
    <w:abstractNumId w:val="14"/>
  </w:num>
  <w:num w:numId="13" w16cid:durableId="1262835701">
    <w:abstractNumId w:val="11"/>
  </w:num>
  <w:num w:numId="14" w16cid:durableId="1003973839">
    <w:abstractNumId w:val="15"/>
  </w:num>
  <w:num w:numId="15" w16cid:durableId="1813214602">
    <w:abstractNumId w:val="10"/>
  </w:num>
  <w:num w:numId="16" w16cid:durableId="859708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29"/>
    <w:rsid w:val="00017560"/>
    <w:rsid w:val="00022F30"/>
    <w:rsid w:val="00034616"/>
    <w:rsid w:val="0006063C"/>
    <w:rsid w:val="00130853"/>
    <w:rsid w:val="0015074B"/>
    <w:rsid w:val="001729C3"/>
    <w:rsid w:val="00176C3F"/>
    <w:rsid w:val="0026376E"/>
    <w:rsid w:val="00286000"/>
    <w:rsid w:val="0029639D"/>
    <w:rsid w:val="002F58EE"/>
    <w:rsid w:val="00303903"/>
    <w:rsid w:val="00326F90"/>
    <w:rsid w:val="003348DC"/>
    <w:rsid w:val="00351CC7"/>
    <w:rsid w:val="00377574"/>
    <w:rsid w:val="003908DC"/>
    <w:rsid w:val="003A46B9"/>
    <w:rsid w:val="003B33CE"/>
    <w:rsid w:val="003C220D"/>
    <w:rsid w:val="003D210F"/>
    <w:rsid w:val="00423259"/>
    <w:rsid w:val="00432724"/>
    <w:rsid w:val="004438C6"/>
    <w:rsid w:val="004A1F2E"/>
    <w:rsid w:val="004A78AC"/>
    <w:rsid w:val="004E1AD0"/>
    <w:rsid w:val="004E3804"/>
    <w:rsid w:val="004E4AB1"/>
    <w:rsid w:val="004F26DB"/>
    <w:rsid w:val="00520B90"/>
    <w:rsid w:val="0053371E"/>
    <w:rsid w:val="00543DFD"/>
    <w:rsid w:val="005B03DA"/>
    <w:rsid w:val="005C51A5"/>
    <w:rsid w:val="005F611F"/>
    <w:rsid w:val="0061557A"/>
    <w:rsid w:val="006259F9"/>
    <w:rsid w:val="006B74DC"/>
    <w:rsid w:val="00723F0E"/>
    <w:rsid w:val="007574F4"/>
    <w:rsid w:val="00795532"/>
    <w:rsid w:val="00821349"/>
    <w:rsid w:val="00821D80"/>
    <w:rsid w:val="00821DD0"/>
    <w:rsid w:val="00822BAE"/>
    <w:rsid w:val="00855F59"/>
    <w:rsid w:val="00893135"/>
    <w:rsid w:val="00906C3A"/>
    <w:rsid w:val="00932E08"/>
    <w:rsid w:val="00962D91"/>
    <w:rsid w:val="00974C60"/>
    <w:rsid w:val="00987F4C"/>
    <w:rsid w:val="009A512C"/>
    <w:rsid w:val="009E391D"/>
    <w:rsid w:val="00A16665"/>
    <w:rsid w:val="00A56E74"/>
    <w:rsid w:val="00AA1D8D"/>
    <w:rsid w:val="00AE01EE"/>
    <w:rsid w:val="00AE0EEC"/>
    <w:rsid w:val="00B35F93"/>
    <w:rsid w:val="00B47730"/>
    <w:rsid w:val="00B5075A"/>
    <w:rsid w:val="00B53529"/>
    <w:rsid w:val="00C4604D"/>
    <w:rsid w:val="00CB0664"/>
    <w:rsid w:val="00CD6E53"/>
    <w:rsid w:val="00D04024"/>
    <w:rsid w:val="00D75974"/>
    <w:rsid w:val="00D97790"/>
    <w:rsid w:val="00DB16C3"/>
    <w:rsid w:val="00DB7691"/>
    <w:rsid w:val="00E120A2"/>
    <w:rsid w:val="00E265D9"/>
    <w:rsid w:val="00EB499B"/>
    <w:rsid w:val="00F14D67"/>
    <w:rsid w:val="00F342F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2A5C37"/>
  <w14:defaultImageDpi w14:val="300"/>
  <w15:docId w15:val="{9FFF7411-E60B-4797-8EBD-470FE971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EEC"/>
    <w:pPr>
      <w:spacing w:after="60" w:line="240"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B03DA"/>
    <w:rPr>
      <w:color w:val="0000FF" w:themeColor="hyperlink"/>
      <w:u w:val="single"/>
    </w:rPr>
  </w:style>
  <w:style w:type="character" w:styleId="UnresolvedMention">
    <w:name w:val="Unresolved Mention"/>
    <w:basedOn w:val="DefaultParagraphFont"/>
    <w:uiPriority w:val="99"/>
    <w:semiHidden/>
    <w:unhideWhenUsed/>
    <w:rsid w:val="005B03DA"/>
    <w:rPr>
      <w:color w:val="605E5C"/>
      <w:shd w:val="clear" w:color="auto" w:fill="E1DFDD"/>
    </w:rPr>
  </w:style>
  <w:style w:type="paragraph" w:styleId="TOC1">
    <w:name w:val="toc 1"/>
    <w:basedOn w:val="Normal"/>
    <w:next w:val="Normal"/>
    <w:autoRedefine/>
    <w:uiPriority w:val="39"/>
    <w:unhideWhenUsed/>
    <w:rsid w:val="0001756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ics.spor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orra\Downloads\fics.sport\icsc-instructo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fics.spo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cs.spor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fdf7e-e3af-4aa8-a7f3-6b498472a3ee">
      <Terms xmlns="http://schemas.microsoft.com/office/infopath/2007/PartnerControls"/>
    </lcf76f155ced4ddcb4097134ff3c332f>
    <TaxCatchAll xmlns="fd98643e-1200-46c2-b431-4de5f35bb5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D00B071A5694ABD36FCF13BB8B64A" ma:contentTypeVersion="16" ma:contentTypeDescription="Create a new document." ma:contentTypeScope="" ma:versionID="22c4cafa4a94a421287ec9cf7f5be4ca">
  <xsd:schema xmlns:xsd="http://www.w3.org/2001/XMLSchema" xmlns:xs="http://www.w3.org/2001/XMLSchema" xmlns:p="http://schemas.microsoft.com/office/2006/metadata/properties" xmlns:ns2="a78fdf7e-e3af-4aa8-a7f3-6b498472a3ee" xmlns:ns3="fd98643e-1200-46c2-b431-4de5f35bb501" targetNamespace="http://schemas.microsoft.com/office/2006/metadata/properties" ma:root="true" ma:fieldsID="3cf35a1b45e874419c347440fe505ca5" ns2:_="" ns3:_="">
    <xsd:import namespace="a78fdf7e-e3af-4aa8-a7f3-6b498472a3ee"/>
    <xsd:import namespace="fd98643e-1200-46c2-b431-4de5f35bb5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fdf7e-e3af-4aa8-a7f3-6b498472a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a253fa-9d76-4254-b592-d1b9fe305fa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98643e-1200-46c2-b431-4de5f35bb5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545a46-9609-4517-8041-811709d175c4}" ma:internalName="TaxCatchAll" ma:showField="CatchAllData" ma:web="fd98643e-1200-46c2-b431-4de5f35bb5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6A07A6D-DCC5-4136-8BC8-CCF9BFDECCEC}">
  <ds:schemaRefs>
    <ds:schemaRef ds:uri="http://schemas.microsoft.com/office/2006/metadata/properties"/>
    <ds:schemaRef ds:uri="http://schemas.microsoft.com/office/infopath/2007/PartnerControls"/>
    <ds:schemaRef ds:uri="a78fdf7e-e3af-4aa8-a7f3-6b498472a3ee"/>
    <ds:schemaRef ds:uri="fd98643e-1200-46c2-b431-4de5f35bb501"/>
  </ds:schemaRefs>
</ds:datastoreItem>
</file>

<file path=customXml/itemProps3.xml><?xml version="1.0" encoding="utf-8"?>
<ds:datastoreItem xmlns:ds="http://schemas.openxmlformats.org/officeDocument/2006/customXml" ds:itemID="{7571D2C5-9E38-474B-A2A9-5646E2B83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fdf7e-e3af-4aa8-a7f3-6b498472a3ee"/>
    <ds:schemaRef ds:uri="fd98643e-1200-46c2-b431-4de5f35bb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E2154-37E8-4B5C-B17B-16336FE49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ICSC Instructor Pool Expression of Interest Form</vt:lpstr>
    </vt:vector>
  </TitlesOfParts>
  <Manager/>
  <Company/>
  <LinksUpToDate>false</LinksUpToDate>
  <CharactersWithSpaces>12158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ICSC Instructor Pool Expression of Interest Form</dc:title>
  <dc:subject>FICS instructor application and internal review form</dc:subject>
  <dc:creator>FICS</dc:creator>
  <cp:keywords>FICS, ICSC, instructor pool, expression of interest</cp:keywords>
  <dc:description>generated by python-docx</dc:description>
  <cp:lastModifiedBy>Corranga Pty Ltd</cp:lastModifiedBy>
  <cp:revision>24</cp:revision>
  <dcterms:created xsi:type="dcterms:W3CDTF">2026-08-19T07:09:00Z</dcterms:created>
  <dcterms:modified xsi:type="dcterms:W3CDTF">2026-08-19T23:58:00Z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52faeb0b-4db7-499a-8ed8-524290bfecb9</vt:lpwstr>
  </property>
  <property fmtid="{D5CDD505-2E9C-101B-9397-08002B2CF9AE}" pid="3" name="ContentTypeId">
    <vt:lpwstr>0x01010086ED00B071A5694ABD36FCF13BB8B64A</vt:lpwstr>
  </property>
  <property fmtid="{D5CDD505-2E9C-101B-9397-08002B2CF9AE}" pid="4" name="MediaServiceImageTags">
    <vt:lpwstr/>
  </property>
</Properties>
</file>