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6F542" w14:textId="77777777" w:rsidR="00936F7D" w:rsidRPr="00855BF2" w:rsidRDefault="005C544A">
      <w:pPr>
        <w:spacing w:after="80"/>
        <w:jc w:val="center"/>
        <w:rPr>
          <w:color w:val="1F497D" w:themeColor="text2"/>
        </w:rPr>
      </w:pPr>
      <w:r w:rsidRPr="00855BF2">
        <w:rPr>
          <w:b/>
          <w:color w:val="1F497D" w:themeColor="text2"/>
          <w:sz w:val="52"/>
        </w:rPr>
        <w:t>Games Blog Template</w:t>
      </w:r>
    </w:p>
    <w:p w14:paraId="02ABB8D3" w14:textId="77777777" w:rsidR="00936F7D" w:rsidRPr="00855BF2" w:rsidRDefault="005C544A">
      <w:pPr>
        <w:spacing w:after="80"/>
        <w:jc w:val="center"/>
        <w:rPr>
          <w:b/>
          <w:bCs/>
        </w:rPr>
      </w:pPr>
      <w:r w:rsidRPr="00855BF2">
        <w:rPr>
          <w:b/>
          <w:bCs/>
          <w:i/>
          <w:color w:val="5A5A5A"/>
          <w:sz w:val="24"/>
        </w:rPr>
        <w:t>A guide for sharing the story of your FICS event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060"/>
      </w:tblGrid>
      <w:tr w:rsidR="00936F7D" w14:paraId="377B94B9" w14:textId="77777777" w:rsidTr="00855BF2">
        <w:trPr>
          <w:jc w:val="center"/>
        </w:trPr>
        <w:tc>
          <w:tcPr>
            <w:tcW w:w="10188" w:type="dxa"/>
            <w:tcBorders>
              <w:top w:val="single" w:sz="8" w:space="0" w:color="B6D7D0"/>
              <w:left w:val="single" w:sz="8" w:space="0" w:color="B6D7D0"/>
              <w:bottom w:val="single" w:sz="8" w:space="0" w:color="B6D7D0"/>
              <w:right w:val="single" w:sz="8" w:space="0" w:color="B6D7D0"/>
            </w:tcBorders>
            <w:shd w:val="clear" w:color="auto" w:fill="EAF3F1"/>
          </w:tcPr>
          <w:p w14:paraId="10DE33F2" w14:textId="77777777" w:rsidR="00936F7D" w:rsidRDefault="005C544A">
            <w:r>
              <w:rPr>
                <w:b/>
              </w:rPr>
              <w:t xml:space="preserve">Every FICS event has a story worth sharing. </w:t>
            </w:r>
            <w:r>
              <w:t>After each event, the Venue Team Leader, with input from the team, is asked to prepare a short blog that captures the experience of working together, supporting athletes, and representing FICS. The blog should be engaging and personal, not a formal report.</w:t>
            </w:r>
          </w:p>
        </w:tc>
      </w:tr>
    </w:tbl>
    <w:p w14:paraId="1B054477" w14:textId="77777777" w:rsidR="00936F7D" w:rsidRPr="00855BF2" w:rsidRDefault="005C544A">
      <w:pPr>
        <w:pStyle w:val="Heading1"/>
        <w:spacing w:before="200" w:after="100"/>
        <w:rPr>
          <w:color w:val="1F497D" w:themeColor="text2"/>
        </w:rPr>
      </w:pPr>
      <w:r w:rsidRPr="00855BF2">
        <w:rPr>
          <w:color w:val="1F497D" w:themeColor="text2"/>
        </w:rPr>
        <w:t>The Essentials</w:t>
      </w:r>
    </w:p>
    <w:tbl>
      <w:tblPr>
        <w:tblStyle w:val="TableGrid"/>
        <w:tblW w:w="10385" w:type="dxa"/>
        <w:jc w:val="center"/>
        <w:tblLook w:val="04A0" w:firstRow="1" w:lastRow="0" w:firstColumn="1" w:lastColumn="0" w:noHBand="0" w:noVBand="1"/>
      </w:tblPr>
      <w:tblGrid>
        <w:gridCol w:w="2705"/>
        <w:gridCol w:w="7680"/>
      </w:tblGrid>
      <w:tr w:rsidR="00936F7D" w14:paraId="263F9C8D" w14:textId="77777777" w:rsidTr="00855BF2">
        <w:trPr>
          <w:trHeight w:val="392"/>
          <w:tblHeader/>
          <w:jc w:val="center"/>
        </w:trPr>
        <w:tc>
          <w:tcPr>
            <w:tcW w:w="2705" w:type="dxa"/>
            <w:shd w:val="clear" w:color="auto" w:fill="4F81BD" w:themeFill="accent1"/>
          </w:tcPr>
          <w:p w14:paraId="3420591B" w14:textId="77777777" w:rsidR="00936F7D" w:rsidRDefault="005C544A">
            <w:r>
              <w:rPr>
                <w:b/>
                <w:color w:val="FFFFFF"/>
              </w:rPr>
              <w:t>Item</w:t>
            </w:r>
          </w:p>
        </w:tc>
        <w:tc>
          <w:tcPr>
            <w:tcW w:w="7680" w:type="dxa"/>
            <w:shd w:val="clear" w:color="auto" w:fill="4F81BD" w:themeFill="accent1"/>
          </w:tcPr>
          <w:p w14:paraId="58072C69" w14:textId="77777777" w:rsidR="00936F7D" w:rsidRDefault="005C544A">
            <w:r>
              <w:rPr>
                <w:b/>
                <w:color w:val="FFFFFF"/>
              </w:rPr>
              <w:t>Requirement</w:t>
            </w:r>
          </w:p>
        </w:tc>
      </w:tr>
      <w:tr w:rsidR="00936F7D" w14:paraId="33342243" w14:textId="77777777" w:rsidTr="00855BF2">
        <w:trPr>
          <w:trHeight w:val="392"/>
          <w:jc w:val="center"/>
        </w:trPr>
        <w:tc>
          <w:tcPr>
            <w:tcW w:w="2705" w:type="dxa"/>
          </w:tcPr>
          <w:p w14:paraId="71658FFB" w14:textId="77777777" w:rsidR="00936F7D" w:rsidRDefault="005C544A">
            <w:r>
              <w:t>Who writes it</w:t>
            </w:r>
          </w:p>
        </w:tc>
        <w:tc>
          <w:tcPr>
            <w:tcW w:w="7680" w:type="dxa"/>
          </w:tcPr>
          <w:p w14:paraId="60518A51" w14:textId="77777777" w:rsidR="00936F7D" w:rsidRDefault="005C544A">
            <w:r>
              <w:t>The Venue Team Leader, with input from team members.</w:t>
            </w:r>
          </w:p>
        </w:tc>
      </w:tr>
      <w:tr w:rsidR="00936F7D" w14:paraId="0797801E" w14:textId="77777777" w:rsidTr="00855BF2">
        <w:trPr>
          <w:trHeight w:val="368"/>
          <w:jc w:val="center"/>
        </w:trPr>
        <w:tc>
          <w:tcPr>
            <w:tcW w:w="2705" w:type="dxa"/>
          </w:tcPr>
          <w:p w14:paraId="72134033" w14:textId="77777777" w:rsidR="00936F7D" w:rsidRDefault="005C544A">
            <w:r>
              <w:t>Deadline</w:t>
            </w:r>
          </w:p>
        </w:tc>
        <w:tc>
          <w:tcPr>
            <w:tcW w:w="7680" w:type="dxa"/>
          </w:tcPr>
          <w:p w14:paraId="6792D8E4" w14:textId="77777777" w:rsidR="00936F7D" w:rsidRDefault="005C544A">
            <w:r>
              <w:t>Within 30 days of the end of the event.</w:t>
            </w:r>
          </w:p>
        </w:tc>
      </w:tr>
      <w:tr w:rsidR="00936F7D" w14:paraId="322FAC45" w14:textId="77777777" w:rsidTr="00855BF2">
        <w:trPr>
          <w:trHeight w:val="392"/>
          <w:jc w:val="center"/>
        </w:trPr>
        <w:tc>
          <w:tcPr>
            <w:tcW w:w="2705" w:type="dxa"/>
          </w:tcPr>
          <w:p w14:paraId="5A1AB7D8" w14:textId="77777777" w:rsidR="00936F7D" w:rsidRDefault="005C544A">
            <w:r>
              <w:t>Length</w:t>
            </w:r>
          </w:p>
        </w:tc>
        <w:tc>
          <w:tcPr>
            <w:tcW w:w="7680" w:type="dxa"/>
          </w:tcPr>
          <w:p w14:paraId="4E0BB51B" w14:textId="77777777" w:rsidR="00936F7D" w:rsidRDefault="005C544A">
            <w:r>
              <w:t>Aim for 300 to 600 words.</w:t>
            </w:r>
          </w:p>
        </w:tc>
      </w:tr>
      <w:tr w:rsidR="00936F7D" w14:paraId="257AAC0D" w14:textId="77777777" w:rsidTr="00855BF2">
        <w:trPr>
          <w:trHeight w:val="392"/>
          <w:jc w:val="center"/>
        </w:trPr>
        <w:tc>
          <w:tcPr>
            <w:tcW w:w="2705" w:type="dxa"/>
          </w:tcPr>
          <w:p w14:paraId="69F09646" w14:textId="77777777" w:rsidR="00936F7D" w:rsidRDefault="005C544A">
            <w:r>
              <w:t>Tone</w:t>
            </w:r>
          </w:p>
        </w:tc>
        <w:tc>
          <w:tcPr>
            <w:tcW w:w="7680" w:type="dxa"/>
          </w:tcPr>
          <w:p w14:paraId="4DC1F902" w14:textId="77777777" w:rsidR="00936F7D" w:rsidRDefault="005C544A">
            <w:r>
              <w:t>Personal, engaging and easy to read. This is a story, not a formal report.</w:t>
            </w:r>
          </w:p>
        </w:tc>
      </w:tr>
      <w:tr w:rsidR="00936F7D" w14:paraId="35337A1E" w14:textId="77777777" w:rsidTr="00855BF2">
        <w:trPr>
          <w:trHeight w:val="368"/>
          <w:jc w:val="center"/>
        </w:trPr>
        <w:tc>
          <w:tcPr>
            <w:tcW w:w="2705" w:type="dxa"/>
          </w:tcPr>
          <w:p w14:paraId="6E273EE5" w14:textId="77777777" w:rsidR="00936F7D" w:rsidRDefault="005C544A">
            <w:r>
              <w:t>Where to send it</w:t>
            </w:r>
          </w:p>
        </w:tc>
        <w:tc>
          <w:tcPr>
            <w:tcW w:w="7680" w:type="dxa"/>
          </w:tcPr>
          <w:p w14:paraId="72A4BEAA" w14:textId="77777777" w:rsidR="00936F7D" w:rsidRDefault="005C544A">
            <w:r>
              <w:t>Email the completed blog and images to games@fics.sport.</w:t>
            </w:r>
          </w:p>
        </w:tc>
      </w:tr>
    </w:tbl>
    <w:p w14:paraId="12E09C34" w14:textId="77777777" w:rsidR="00936F7D" w:rsidRPr="00855BF2" w:rsidRDefault="005C544A">
      <w:pPr>
        <w:pStyle w:val="Heading1"/>
        <w:spacing w:before="200" w:after="100"/>
        <w:rPr>
          <w:color w:val="1F497D" w:themeColor="text2"/>
        </w:rPr>
      </w:pPr>
      <w:r w:rsidRPr="00855BF2">
        <w:rPr>
          <w:color w:val="1F497D" w:themeColor="text2"/>
        </w:rPr>
        <w:t>Photo Requirements</w:t>
      </w:r>
    </w:p>
    <w:p w14:paraId="4DD53F6C" w14:textId="77777777" w:rsidR="00936F7D" w:rsidRDefault="005C544A">
      <w:pPr>
        <w:spacing w:after="80"/>
      </w:pPr>
      <w:r>
        <w:t>Photos help bring the event story to life. Please send a small selection of strong images with your blog.</w:t>
      </w:r>
    </w:p>
    <w:p w14:paraId="08EEE57C" w14:textId="77777777" w:rsidR="00936F7D" w:rsidRDefault="005C544A" w:rsidP="00855BF2">
      <w:pPr>
        <w:pStyle w:val="ListBullet"/>
        <w:numPr>
          <w:ilvl w:val="0"/>
          <w:numId w:val="11"/>
        </w:numPr>
        <w:spacing w:after="80"/>
      </w:pPr>
      <w:r>
        <w:t>Images must be supplied as JPEG files (.jpg or .jpeg).</w:t>
      </w:r>
    </w:p>
    <w:p w14:paraId="4FE671F4" w14:textId="77777777" w:rsidR="00936F7D" w:rsidRDefault="005C544A" w:rsidP="00855BF2">
      <w:pPr>
        <w:pStyle w:val="ListBullet"/>
        <w:numPr>
          <w:ilvl w:val="0"/>
          <w:numId w:val="11"/>
        </w:numPr>
        <w:spacing w:after="80"/>
      </w:pPr>
      <w:r>
        <w:t>Use high-quality, clear images suitable for the FICS website and social media.</w:t>
      </w:r>
    </w:p>
    <w:p w14:paraId="56AE886A" w14:textId="77777777" w:rsidR="00936F7D" w:rsidRDefault="005C544A" w:rsidP="00855BF2">
      <w:pPr>
        <w:pStyle w:val="ListBullet"/>
        <w:numPr>
          <w:ilvl w:val="0"/>
          <w:numId w:val="11"/>
        </w:numPr>
        <w:spacing w:after="80"/>
      </w:pPr>
      <w:r>
        <w:t>Avoid blurry, dark, heavily filtered, cropped or low-resolution images.</w:t>
      </w:r>
    </w:p>
    <w:p w14:paraId="00B41E22" w14:textId="77777777" w:rsidR="00936F7D" w:rsidRDefault="005C544A" w:rsidP="00855BF2">
      <w:pPr>
        <w:pStyle w:val="ListBullet"/>
        <w:numPr>
          <w:ilvl w:val="0"/>
          <w:numId w:val="11"/>
        </w:numPr>
        <w:spacing w:after="80"/>
      </w:pPr>
      <w:r>
        <w:t>Include a mix of team photos, venue photos, action/context images and appropriate athlete-care images where consent has been confirmed.</w:t>
      </w:r>
    </w:p>
    <w:p w14:paraId="18F4A6BE" w14:textId="77777777" w:rsidR="00936F7D" w:rsidRDefault="005C544A" w:rsidP="00855BF2">
      <w:pPr>
        <w:pStyle w:val="ListBullet"/>
        <w:numPr>
          <w:ilvl w:val="0"/>
          <w:numId w:val="11"/>
        </w:numPr>
        <w:spacing w:after="80"/>
      </w:pPr>
      <w:r>
        <w:t>Anyone identifiable in a photo must have signed the FICS photo consent form before the image is submitted for use.</w:t>
      </w:r>
    </w:p>
    <w:p w14:paraId="7CAD76D3" w14:textId="77777777" w:rsidR="00936F7D" w:rsidRDefault="005C544A" w:rsidP="00855BF2">
      <w:pPr>
        <w:pStyle w:val="ListBullet"/>
        <w:numPr>
          <w:ilvl w:val="0"/>
          <w:numId w:val="11"/>
        </w:numPr>
        <w:spacing w:after="80"/>
      </w:pPr>
      <w:r>
        <w:t>Do not include images that compromise athlete privacy, clinical confidentiality or event rules.</w:t>
      </w:r>
    </w:p>
    <w:p w14:paraId="25B48403" w14:textId="77777777" w:rsidR="00936F7D" w:rsidRDefault="005C544A" w:rsidP="00855BF2">
      <w:pPr>
        <w:pStyle w:val="ListBullet"/>
        <w:numPr>
          <w:ilvl w:val="0"/>
          <w:numId w:val="11"/>
        </w:numPr>
        <w:spacing w:after="80"/>
      </w:pPr>
      <w:r>
        <w:t>Where possible, name files clearly, for example: EventName_TeamPhoto_01.jpg.</w:t>
      </w:r>
    </w:p>
    <w:p w14:paraId="193932FF" w14:textId="77777777" w:rsidR="00936F7D" w:rsidRPr="00855BF2" w:rsidRDefault="005C544A">
      <w:pPr>
        <w:pStyle w:val="Heading1"/>
        <w:spacing w:before="200" w:after="100"/>
        <w:rPr>
          <w:color w:val="1F497D" w:themeColor="text2"/>
        </w:rPr>
      </w:pPr>
      <w:r w:rsidRPr="00855BF2">
        <w:rPr>
          <w:color w:val="1F497D" w:themeColor="text2"/>
        </w:rPr>
        <w:t>What to Include</w:t>
      </w:r>
    </w:p>
    <w:p w14:paraId="42661430" w14:textId="77777777" w:rsidR="00936F7D" w:rsidRDefault="005C544A">
      <w:pPr>
        <w:spacing w:after="80"/>
      </w:pPr>
      <w:r>
        <w:t>Use the prompts below to shape your story. You do not need to answer every point; choose the details that best capture the event.</w:t>
      </w:r>
    </w:p>
    <w:p w14:paraId="61214E13" w14:textId="77777777" w:rsidR="00936F7D" w:rsidRDefault="005C544A" w:rsidP="00855BF2">
      <w:pPr>
        <w:pStyle w:val="ListParagraph"/>
        <w:numPr>
          <w:ilvl w:val="0"/>
          <w:numId w:val="10"/>
        </w:numPr>
        <w:spacing w:after="80"/>
      </w:pPr>
      <w:r w:rsidRPr="00855BF2">
        <w:rPr>
          <w:b/>
        </w:rPr>
        <w:t xml:space="preserve">Event overview: </w:t>
      </w:r>
      <w:r>
        <w:t>Name of the event, location, dates, and sport or sports covered.</w:t>
      </w:r>
    </w:p>
    <w:p w14:paraId="55BD2A88" w14:textId="77777777" w:rsidR="00936F7D" w:rsidRDefault="005C544A" w:rsidP="00855BF2">
      <w:pPr>
        <w:pStyle w:val="ListParagraph"/>
        <w:numPr>
          <w:ilvl w:val="0"/>
          <w:numId w:val="10"/>
        </w:numPr>
        <w:spacing w:after="80"/>
      </w:pPr>
      <w:r w:rsidRPr="00855BF2">
        <w:rPr>
          <w:b/>
        </w:rPr>
        <w:t xml:space="preserve">The FICS team: </w:t>
      </w:r>
      <w:r>
        <w:t>Who attended, the roles people played, and what the team atmosphere was like.</w:t>
      </w:r>
    </w:p>
    <w:p w14:paraId="5515985E" w14:textId="77777777" w:rsidR="00936F7D" w:rsidRDefault="005C544A" w:rsidP="00855BF2">
      <w:pPr>
        <w:pStyle w:val="ListParagraph"/>
        <w:numPr>
          <w:ilvl w:val="0"/>
          <w:numId w:val="10"/>
        </w:numPr>
        <w:spacing w:after="80"/>
      </w:pPr>
      <w:r w:rsidRPr="00855BF2">
        <w:rPr>
          <w:b/>
        </w:rPr>
        <w:t xml:space="preserve">A standout moment: </w:t>
      </w:r>
      <w:r>
        <w:t>A story, memorable case, team highlight or moment that captures the spirit of the event.</w:t>
      </w:r>
    </w:p>
    <w:p w14:paraId="38833CBE" w14:textId="77777777" w:rsidR="00936F7D" w:rsidRDefault="005C544A" w:rsidP="00855BF2">
      <w:pPr>
        <w:pStyle w:val="ListParagraph"/>
        <w:numPr>
          <w:ilvl w:val="0"/>
          <w:numId w:val="10"/>
        </w:numPr>
        <w:spacing w:after="80"/>
      </w:pPr>
      <w:r w:rsidRPr="00855BF2">
        <w:rPr>
          <w:b/>
        </w:rPr>
        <w:t xml:space="preserve">Athlete care: </w:t>
      </w:r>
      <w:r>
        <w:t>The support provided, the difference the team made, and any appropriate reflections on athlete interaction.</w:t>
      </w:r>
    </w:p>
    <w:p w14:paraId="1DBE22C3" w14:textId="77777777" w:rsidR="00936F7D" w:rsidRDefault="005C544A" w:rsidP="00855BF2">
      <w:pPr>
        <w:pStyle w:val="ListParagraph"/>
        <w:numPr>
          <w:ilvl w:val="0"/>
          <w:numId w:val="10"/>
        </w:numPr>
        <w:spacing w:after="80"/>
      </w:pPr>
      <w:r w:rsidRPr="00855BF2">
        <w:rPr>
          <w:b/>
        </w:rPr>
        <w:t xml:space="preserve">Key numbers: </w:t>
      </w:r>
      <w:r>
        <w:t>Useful figures such as number of athletes seen or treatments delivered. Games Admin can help confirm these numbers if needed.</w:t>
      </w:r>
    </w:p>
    <w:p w14:paraId="22484F3C" w14:textId="77777777" w:rsidR="00936F7D" w:rsidRDefault="005C544A" w:rsidP="00855BF2">
      <w:pPr>
        <w:pStyle w:val="ListParagraph"/>
        <w:numPr>
          <w:ilvl w:val="0"/>
          <w:numId w:val="10"/>
        </w:numPr>
        <w:spacing w:after="80"/>
      </w:pPr>
      <w:r w:rsidRPr="00855BF2">
        <w:rPr>
          <w:b/>
        </w:rPr>
        <w:t xml:space="preserve">The experience: </w:t>
      </w:r>
      <w:r>
        <w:t>What the team learned, how they worked together, new techniques, friendships or professional connections formed.</w:t>
      </w:r>
    </w:p>
    <w:p w14:paraId="4B1473B5" w14:textId="77777777" w:rsidR="00936F7D" w:rsidRDefault="005C544A" w:rsidP="00855BF2">
      <w:pPr>
        <w:pStyle w:val="ListParagraph"/>
        <w:numPr>
          <w:ilvl w:val="0"/>
          <w:numId w:val="10"/>
        </w:numPr>
        <w:spacing w:after="80"/>
      </w:pPr>
      <w:r w:rsidRPr="00855BF2">
        <w:rPr>
          <w:b/>
        </w:rPr>
        <w:t xml:space="preserve">Your takeaway: </w:t>
      </w:r>
      <w:r>
        <w:t>What you would tell a doctor considering their first FICS event.</w:t>
      </w:r>
    </w:p>
    <w:p w14:paraId="6AA7C875" w14:textId="77777777" w:rsidR="00936F7D" w:rsidRPr="00855BF2" w:rsidRDefault="005C544A">
      <w:pPr>
        <w:pStyle w:val="Heading1"/>
        <w:spacing w:before="200" w:after="100"/>
        <w:rPr>
          <w:color w:val="1F497D" w:themeColor="text2"/>
        </w:rPr>
      </w:pPr>
      <w:r w:rsidRPr="00855BF2">
        <w:rPr>
          <w:color w:val="1F497D" w:themeColor="text2"/>
        </w:rPr>
        <w:lastRenderedPageBreak/>
        <w:t>W</w:t>
      </w:r>
      <w:r w:rsidRPr="00855BF2">
        <w:rPr>
          <w:color w:val="1F497D" w:themeColor="text2"/>
        </w:rPr>
        <w:t>riting Tips</w:t>
      </w:r>
    </w:p>
    <w:p w14:paraId="41C22B50" w14:textId="77777777" w:rsidR="00936F7D" w:rsidRDefault="005C544A">
      <w:pPr>
        <w:pStyle w:val="ListBullet"/>
        <w:spacing w:after="80"/>
      </w:pPr>
      <w:r>
        <w:t>Start with a strong moment, image or reflection rather than a day-by-day timeline.</w:t>
      </w:r>
    </w:p>
    <w:p w14:paraId="317FA3DC" w14:textId="23D21126" w:rsidR="00936F7D" w:rsidRDefault="005C544A" w:rsidP="00602573">
      <w:pPr>
        <w:pStyle w:val="ListBullet"/>
        <w:spacing w:after="80"/>
      </w:pPr>
      <w:r>
        <w:t>Write naturally. Personal and warm will usually read better than overly formal</w:t>
      </w:r>
      <w:r w:rsidR="00602573">
        <w:t xml:space="preserve"> and k</w:t>
      </w:r>
      <w:r>
        <w:t>eep paragraphs short and easy to read online.</w:t>
      </w:r>
    </w:p>
    <w:p w14:paraId="08BE088A" w14:textId="77777777" w:rsidR="00936F7D" w:rsidRDefault="005C544A">
      <w:pPr>
        <w:pStyle w:val="ListBullet"/>
        <w:spacing w:after="80"/>
      </w:pPr>
      <w:r>
        <w:t>Include one or two short quotes from team members if they add personality.</w:t>
      </w:r>
    </w:p>
    <w:p w14:paraId="7D5A52E5" w14:textId="77777777" w:rsidR="00936F7D" w:rsidRDefault="005C544A">
      <w:pPr>
        <w:pStyle w:val="ListBullet"/>
        <w:spacing w:after="80"/>
      </w:pPr>
      <w:r>
        <w:t>Use full names and professional titles where appropriate, but avoid overloading the blog with lists.</w:t>
      </w:r>
    </w:p>
    <w:p w14:paraId="4B8FCEF3" w14:textId="77777777" w:rsidR="00936F7D" w:rsidRDefault="005C544A">
      <w:pPr>
        <w:pStyle w:val="ListBullet"/>
        <w:spacing w:after="80"/>
      </w:pPr>
      <w:r>
        <w:t>Maintain athlete privacy at all times and avoid sharing clinical details that could identify someone.</w:t>
      </w:r>
    </w:p>
    <w:p w14:paraId="67032488" w14:textId="77777777" w:rsidR="00936F7D" w:rsidRPr="00855BF2" w:rsidRDefault="005C544A" w:rsidP="00855BF2">
      <w:pPr>
        <w:pStyle w:val="Heading1"/>
        <w:shd w:val="clear" w:color="auto" w:fill="4F81BD" w:themeFill="accent1"/>
        <w:spacing w:before="200" w:after="100"/>
        <w:rPr>
          <w:color w:val="FFFFFF" w:themeColor="background1"/>
        </w:rPr>
      </w:pPr>
      <w:r w:rsidRPr="00855BF2">
        <w:rPr>
          <w:color w:val="FFFFFF" w:themeColor="background1"/>
        </w:rPr>
        <w:t>Suggested Blog Structure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692"/>
        <w:gridCol w:w="7378"/>
      </w:tblGrid>
      <w:tr w:rsidR="00936F7D" w14:paraId="7ECDBA5E" w14:textId="77777777" w:rsidTr="00855BF2">
        <w:trPr>
          <w:tblHeader/>
          <w:jc w:val="center"/>
        </w:trPr>
        <w:tc>
          <w:tcPr>
            <w:tcW w:w="2694" w:type="dxa"/>
            <w:shd w:val="clear" w:color="auto" w:fill="1E5046"/>
          </w:tcPr>
          <w:p w14:paraId="7E9D5097" w14:textId="77777777" w:rsidR="00936F7D" w:rsidRDefault="005C544A" w:rsidP="00855BF2">
            <w:pPr>
              <w:shd w:val="clear" w:color="auto" w:fill="4F81BD" w:themeFill="accent1"/>
            </w:pPr>
            <w:r>
              <w:rPr>
                <w:b/>
                <w:color w:val="FFFFFF"/>
              </w:rPr>
              <w:t>Section</w:t>
            </w:r>
          </w:p>
        </w:tc>
        <w:tc>
          <w:tcPr>
            <w:tcW w:w="7386" w:type="dxa"/>
            <w:shd w:val="clear" w:color="auto" w:fill="1E5046"/>
          </w:tcPr>
          <w:p w14:paraId="7429B33A" w14:textId="77777777" w:rsidR="00936F7D" w:rsidRDefault="005C544A" w:rsidP="00855BF2">
            <w:pPr>
              <w:shd w:val="clear" w:color="auto" w:fill="4F81BD" w:themeFill="accent1"/>
            </w:pPr>
            <w:r>
              <w:rPr>
                <w:b/>
                <w:color w:val="FFFFFF"/>
              </w:rPr>
              <w:t>What to write</w:t>
            </w:r>
          </w:p>
        </w:tc>
      </w:tr>
      <w:tr w:rsidR="00936F7D" w14:paraId="7C7C9467" w14:textId="77777777" w:rsidTr="00855BF2">
        <w:trPr>
          <w:jc w:val="center"/>
        </w:trPr>
        <w:tc>
          <w:tcPr>
            <w:tcW w:w="2694" w:type="dxa"/>
          </w:tcPr>
          <w:p w14:paraId="3573A38E" w14:textId="77777777" w:rsidR="00936F7D" w:rsidRDefault="005C544A">
            <w:r>
              <w:t>Opening</w:t>
            </w:r>
          </w:p>
        </w:tc>
        <w:tc>
          <w:tcPr>
            <w:tcW w:w="7386" w:type="dxa"/>
          </w:tcPr>
          <w:p w14:paraId="30565EB8" w14:textId="77777777" w:rsidR="00936F7D" w:rsidRDefault="005C544A">
            <w:r>
              <w:t>Begin with the strongest moment, feeling or image from the event.</w:t>
            </w:r>
          </w:p>
        </w:tc>
      </w:tr>
      <w:tr w:rsidR="00936F7D" w14:paraId="7D4FE58D" w14:textId="77777777" w:rsidTr="00855BF2">
        <w:trPr>
          <w:jc w:val="center"/>
        </w:trPr>
        <w:tc>
          <w:tcPr>
            <w:tcW w:w="2694" w:type="dxa"/>
          </w:tcPr>
          <w:p w14:paraId="52563245" w14:textId="77777777" w:rsidR="00936F7D" w:rsidRDefault="005C544A">
            <w:r>
              <w:t>Context</w:t>
            </w:r>
          </w:p>
        </w:tc>
        <w:tc>
          <w:tcPr>
            <w:tcW w:w="7386" w:type="dxa"/>
          </w:tcPr>
          <w:p w14:paraId="4FD36ED6" w14:textId="77777777" w:rsidR="00936F7D" w:rsidRDefault="005C544A">
            <w:r>
              <w:t>Briefly explain the event, location, sport and FICS team involvement.</w:t>
            </w:r>
          </w:p>
        </w:tc>
      </w:tr>
      <w:tr w:rsidR="00936F7D" w14:paraId="49978634" w14:textId="77777777" w:rsidTr="00855BF2">
        <w:trPr>
          <w:jc w:val="center"/>
        </w:trPr>
        <w:tc>
          <w:tcPr>
            <w:tcW w:w="2694" w:type="dxa"/>
          </w:tcPr>
          <w:p w14:paraId="7D263BF1" w14:textId="77777777" w:rsidR="00936F7D" w:rsidRDefault="005C544A">
            <w:r>
              <w:t>Main story</w:t>
            </w:r>
          </w:p>
        </w:tc>
        <w:tc>
          <w:tcPr>
            <w:tcW w:w="7386" w:type="dxa"/>
          </w:tcPr>
          <w:p w14:paraId="3ED69825" w14:textId="77777777" w:rsidR="00936F7D" w:rsidRDefault="005C544A">
            <w:r>
              <w:t>Share highlights, teamwork, athlete care, challenges, learning and memorable moments.</w:t>
            </w:r>
          </w:p>
        </w:tc>
      </w:tr>
      <w:tr w:rsidR="00936F7D" w14:paraId="438B0F8E" w14:textId="77777777" w:rsidTr="00855BF2">
        <w:trPr>
          <w:jc w:val="center"/>
        </w:trPr>
        <w:tc>
          <w:tcPr>
            <w:tcW w:w="2694" w:type="dxa"/>
          </w:tcPr>
          <w:p w14:paraId="55044CA9" w14:textId="77777777" w:rsidR="00936F7D" w:rsidRDefault="005C544A">
            <w:r>
              <w:t>Impact</w:t>
            </w:r>
          </w:p>
        </w:tc>
        <w:tc>
          <w:tcPr>
            <w:tcW w:w="7386" w:type="dxa"/>
          </w:tcPr>
          <w:p w14:paraId="20FDCC15" w14:textId="77777777" w:rsidR="00936F7D" w:rsidRDefault="005C544A">
            <w:r>
              <w:t>Include treatment numbers or outcomes where available and appropriate.</w:t>
            </w:r>
          </w:p>
        </w:tc>
      </w:tr>
      <w:tr w:rsidR="00936F7D" w14:paraId="0CDCB4B5" w14:textId="77777777" w:rsidTr="00855BF2">
        <w:trPr>
          <w:jc w:val="center"/>
        </w:trPr>
        <w:tc>
          <w:tcPr>
            <w:tcW w:w="2694" w:type="dxa"/>
          </w:tcPr>
          <w:p w14:paraId="48E090D4" w14:textId="77777777" w:rsidR="00936F7D" w:rsidRDefault="005C544A">
            <w:r>
              <w:t>Closing</w:t>
            </w:r>
          </w:p>
        </w:tc>
        <w:tc>
          <w:tcPr>
            <w:tcW w:w="7386" w:type="dxa"/>
          </w:tcPr>
          <w:p w14:paraId="6A20F17A" w14:textId="77777777" w:rsidR="00936F7D" w:rsidRDefault="005C544A">
            <w:r>
              <w:t>Finish with a takeaway, thank-you or reflection for future FICS doctors.</w:t>
            </w:r>
          </w:p>
        </w:tc>
      </w:tr>
    </w:tbl>
    <w:p w14:paraId="0A0D4000" w14:textId="16703A21" w:rsidR="00936F7D" w:rsidRDefault="004B55FE">
      <w:pPr>
        <w:pStyle w:val="Heading1"/>
        <w:spacing w:before="200" w:after="100"/>
        <w:rPr>
          <w:color w:val="1F497D" w:themeColor="text2"/>
        </w:rPr>
      </w:pPr>
      <w:r>
        <w:rPr>
          <w:color w:val="1F497D" w:themeColor="text2"/>
        </w:rPr>
        <w:t xml:space="preserve">Confirm the </w:t>
      </w:r>
      <w:r w:rsidR="005C544A" w:rsidRPr="00855BF2">
        <w:rPr>
          <w:color w:val="1F497D" w:themeColor="text2"/>
        </w:rPr>
        <w:t>Event Details</w:t>
      </w:r>
    </w:p>
    <w:p w14:paraId="0E6F99C6" w14:textId="07CF5680" w:rsidR="00B24425" w:rsidRPr="00602573" w:rsidRDefault="00B24425" w:rsidP="00602573">
      <w:pPr>
        <w:pStyle w:val="ListBullet"/>
        <w:numPr>
          <w:ilvl w:val="0"/>
          <w:numId w:val="0"/>
        </w:numPr>
        <w:spacing w:after="80"/>
      </w:pPr>
      <w:r w:rsidRPr="00B24425">
        <w:rPr>
          <w:lang w:val="en-AU"/>
        </w:rPr>
        <w:t>Before writing your blog, please confirm the official event details. This helps ensure the blog uses the correct event</w:t>
      </w:r>
      <w:r w:rsidR="00602573">
        <w:rPr>
          <w:lang w:val="en-AU"/>
        </w:rPr>
        <w:t xml:space="preserve"> </w:t>
      </w:r>
      <w:r w:rsidRPr="00B24425">
        <w:rPr>
          <w:lang w:val="en-AU"/>
        </w:rPr>
        <w:t>name, location, dates, sport names, and FICS titles.</w:t>
      </w:r>
      <w:r w:rsidR="00602573">
        <w:rPr>
          <w:lang w:val="en-AU"/>
        </w:rPr>
        <w:t xml:space="preserve"> </w:t>
      </w:r>
      <w:r w:rsidRPr="00B24425">
        <w:rPr>
          <w:lang w:val="en-AU"/>
        </w:rPr>
        <w:t xml:space="preserve">Please avoid using acronyms unless they are widely recognised or have been written out in full first. For example, write </w:t>
      </w:r>
      <w:r w:rsidRPr="00B24425">
        <w:rPr>
          <w:b/>
          <w:bCs/>
          <w:lang w:val="en-AU"/>
        </w:rPr>
        <w:t>Local Organising Committee (LOC)</w:t>
      </w:r>
      <w:r w:rsidRPr="00B24425">
        <w:rPr>
          <w:lang w:val="en-AU"/>
        </w:rPr>
        <w:t xml:space="preserve"> the first time, then </w:t>
      </w:r>
      <w:r w:rsidRPr="00B24425">
        <w:rPr>
          <w:b/>
          <w:bCs/>
          <w:lang w:val="en-AU"/>
        </w:rPr>
        <w:t>LOC</w:t>
      </w:r>
      <w:r w:rsidRPr="00B24425">
        <w:rPr>
          <w:lang w:val="en-AU"/>
        </w:rPr>
        <w:t xml:space="preserve"> after that.</w:t>
      </w:r>
      <w:r w:rsidR="00602573">
        <w:rPr>
          <w:lang w:val="en-AU"/>
        </w:rPr>
        <w:t xml:space="preserve"> </w:t>
      </w:r>
      <w:r w:rsidR="00602573">
        <w:t>Check spelling of names, event titles, locations and sporting organisations before submitting.</w:t>
      </w:r>
    </w:p>
    <w:tbl>
      <w:tblPr>
        <w:tblStyle w:val="TableGrid"/>
        <w:tblW w:w="10264" w:type="dxa"/>
        <w:tblLook w:val="04A0" w:firstRow="1" w:lastRow="0" w:firstColumn="1" w:lastColumn="0" w:noHBand="0" w:noVBand="1"/>
      </w:tblPr>
      <w:tblGrid>
        <w:gridCol w:w="4587"/>
        <w:gridCol w:w="5677"/>
      </w:tblGrid>
      <w:tr w:rsidR="00936F7D" w14:paraId="27170F7A" w14:textId="77777777" w:rsidTr="00602573">
        <w:trPr>
          <w:trHeight w:val="349"/>
        </w:trPr>
        <w:tc>
          <w:tcPr>
            <w:tcW w:w="4587" w:type="dxa"/>
            <w:shd w:val="clear" w:color="auto" w:fill="F2F2F2"/>
          </w:tcPr>
          <w:p w14:paraId="395CF4FA" w14:textId="77777777" w:rsidR="00936F7D" w:rsidRDefault="005C544A">
            <w:r>
              <w:rPr>
                <w:b/>
              </w:rPr>
              <w:t>E</w:t>
            </w:r>
            <w:r>
              <w:rPr>
                <w:b/>
              </w:rPr>
              <w:t>vent name</w:t>
            </w:r>
          </w:p>
        </w:tc>
        <w:tc>
          <w:tcPr>
            <w:tcW w:w="5677" w:type="dxa"/>
          </w:tcPr>
          <w:p w14:paraId="3E2EDE68" w14:textId="77777777" w:rsidR="00936F7D" w:rsidRDefault="00936F7D"/>
        </w:tc>
      </w:tr>
      <w:tr w:rsidR="00936F7D" w14:paraId="5A202F14" w14:textId="77777777" w:rsidTr="00602573">
        <w:trPr>
          <w:trHeight w:val="349"/>
        </w:trPr>
        <w:tc>
          <w:tcPr>
            <w:tcW w:w="4587" w:type="dxa"/>
            <w:shd w:val="clear" w:color="auto" w:fill="F2F2F2"/>
          </w:tcPr>
          <w:p w14:paraId="3AB9910A" w14:textId="77777777" w:rsidR="00936F7D" w:rsidRDefault="005C544A">
            <w:r>
              <w:rPr>
                <w:b/>
              </w:rPr>
              <w:t>Location</w:t>
            </w:r>
          </w:p>
        </w:tc>
        <w:tc>
          <w:tcPr>
            <w:tcW w:w="5677" w:type="dxa"/>
          </w:tcPr>
          <w:p w14:paraId="7BFDFEAD" w14:textId="77777777" w:rsidR="00936F7D" w:rsidRDefault="00936F7D"/>
        </w:tc>
      </w:tr>
      <w:tr w:rsidR="00936F7D" w14:paraId="1E279BE4" w14:textId="77777777" w:rsidTr="00602573">
        <w:trPr>
          <w:trHeight w:val="328"/>
        </w:trPr>
        <w:tc>
          <w:tcPr>
            <w:tcW w:w="4587" w:type="dxa"/>
            <w:shd w:val="clear" w:color="auto" w:fill="F2F2F2"/>
          </w:tcPr>
          <w:p w14:paraId="1FBAF267" w14:textId="77777777" w:rsidR="00936F7D" w:rsidRDefault="005C544A">
            <w:r>
              <w:rPr>
                <w:b/>
              </w:rPr>
              <w:t>Event dates</w:t>
            </w:r>
          </w:p>
        </w:tc>
        <w:tc>
          <w:tcPr>
            <w:tcW w:w="5677" w:type="dxa"/>
          </w:tcPr>
          <w:p w14:paraId="61F20E9E" w14:textId="77777777" w:rsidR="00936F7D" w:rsidRDefault="00936F7D"/>
        </w:tc>
      </w:tr>
      <w:tr w:rsidR="00936F7D" w14:paraId="19B45238" w14:textId="77777777" w:rsidTr="00602573">
        <w:trPr>
          <w:trHeight w:val="349"/>
        </w:trPr>
        <w:tc>
          <w:tcPr>
            <w:tcW w:w="4587" w:type="dxa"/>
            <w:shd w:val="clear" w:color="auto" w:fill="F2F2F2"/>
          </w:tcPr>
          <w:p w14:paraId="70944128" w14:textId="77777777" w:rsidR="00936F7D" w:rsidRDefault="005C544A">
            <w:r>
              <w:rPr>
                <w:b/>
              </w:rPr>
              <w:t>Sport/s</w:t>
            </w:r>
          </w:p>
        </w:tc>
        <w:tc>
          <w:tcPr>
            <w:tcW w:w="5677" w:type="dxa"/>
          </w:tcPr>
          <w:p w14:paraId="029498BE" w14:textId="77777777" w:rsidR="00936F7D" w:rsidRDefault="00936F7D"/>
        </w:tc>
      </w:tr>
      <w:tr w:rsidR="00936F7D" w14:paraId="796D38EB" w14:textId="77777777" w:rsidTr="00602573">
        <w:trPr>
          <w:trHeight w:val="349"/>
        </w:trPr>
        <w:tc>
          <w:tcPr>
            <w:tcW w:w="4587" w:type="dxa"/>
            <w:shd w:val="clear" w:color="auto" w:fill="F2F2F2"/>
          </w:tcPr>
          <w:p w14:paraId="35C2F3BB" w14:textId="77777777" w:rsidR="00936F7D" w:rsidRDefault="005C544A">
            <w:r>
              <w:rPr>
                <w:b/>
              </w:rPr>
              <w:t>Author</w:t>
            </w:r>
          </w:p>
        </w:tc>
        <w:tc>
          <w:tcPr>
            <w:tcW w:w="5677" w:type="dxa"/>
          </w:tcPr>
          <w:p w14:paraId="130D1F0F" w14:textId="77777777" w:rsidR="00936F7D" w:rsidRDefault="00936F7D"/>
        </w:tc>
      </w:tr>
      <w:tr w:rsidR="00936F7D" w14:paraId="19B9B929" w14:textId="77777777" w:rsidTr="00602573">
        <w:trPr>
          <w:trHeight w:val="349"/>
        </w:trPr>
        <w:tc>
          <w:tcPr>
            <w:tcW w:w="4587" w:type="dxa"/>
            <w:shd w:val="clear" w:color="auto" w:fill="F2F2F2"/>
          </w:tcPr>
          <w:p w14:paraId="6E2D9198" w14:textId="77777777" w:rsidR="00936F7D" w:rsidRDefault="005C544A">
            <w:r>
              <w:rPr>
                <w:b/>
              </w:rPr>
              <w:t>Venue Team Leader / Chef de Mission</w:t>
            </w:r>
          </w:p>
        </w:tc>
        <w:tc>
          <w:tcPr>
            <w:tcW w:w="5677" w:type="dxa"/>
          </w:tcPr>
          <w:p w14:paraId="653768BB" w14:textId="77777777" w:rsidR="00936F7D" w:rsidRDefault="00936F7D"/>
        </w:tc>
      </w:tr>
      <w:tr w:rsidR="00936F7D" w14:paraId="6F3AE182" w14:textId="77777777" w:rsidTr="00602573">
        <w:trPr>
          <w:trHeight w:val="328"/>
        </w:trPr>
        <w:tc>
          <w:tcPr>
            <w:tcW w:w="4587" w:type="dxa"/>
            <w:shd w:val="clear" w:color="auto" w:fill="F2F2F2"/>
          </w:tcPr>
          <w:p w14:paraId="05010A9A" w14:textId="1D825D03" w:rsidR="00936F7D" w:rsidRDefault="005C544A">
            <w:r>
              <w:rPr>
                <w:b/>
              </w:rPr>
              <w:t>Team members</w:t>
            </w:r>
            <w:r w:rsidR="00855BF2">
              <w:rPr>
                <w:b/>
              </w:rPr>
              <w:t xml:space="preserve"> full names</w:t>
            </w:r>
          </w:p>
        </w:tc>
        <w:tc>
          <w:tcPr>
            <w:tcW w:w="5677" w:type="dxa"/>
          </w:tcPr>
          <w:p w14:paraId="14006BF9" w14:textId="77777777" w:rsidR="00936F7D" w:rsidRDefault="00936F7D"/>
        </w:tc>
      </w:tr>
      <w:tr w:rsidR="00936F7D" w14:paraId="03F44E4A" w14:textId="77777777" w:rsidTr="00602573">
        <w:trPr>
          <w:trHeight w:val="349"/>
        </w:trPr>
        <w:tc>
          <w:tcPr>
            <w:tcW w:w="4587" w:type="dxa"/>
            <w:shd w:val="clear" w:color="auto" w:fill="F2F2F2"/>
          </w:tcPr>
          <w:p w14:paraId="40EA1EF4" w14:textId="32FB3809" w:rsidR="00936F7D" w:rsidRDefault="005C544A">
            <w:r>
              <w:rPr>
                <w:b/>
              </w:rPr>
              <w:t xml:space="preserve">Number of </w:t>
            </w:r>
            <w:r w:rsidR="00855BF2">
              <w:rPr>
                <w:b/>
              </w:rPr>
              <w:t>treatments/athletes</w:t>
            </w:r>
            <w:r>
              <w:rPr>
                <w:b/>
              </w:rPr>
              <w:t xml:space="preserve"> seen, if available</w:t>
            </w:r>
          </w:p>
        </w:tc>
        <w:tc>
          <w:tcPr>
            <w:tcW w:w="5677" w:type="dxa"/>
          </w:tcPr>
          <w:p w14:paraId="70B251AD" w14:textId="77777777" w:rsidR="00936F7D" w:rsidRDefault="00936F7D"/>
        </w:tc>
      </w:tr>
    </w:tbl>
    <w:p w14:paraId="4E6C2AD9" w14:textId="77777777" w:rsidR="00936F7D" w:rsidRPr="00855BF2" w:rsidRDefault="005C544A">
      <w:pPr>
        <w:pStyle w:val="Heading1"/>
        <w:spacing w:before="200" w:after="100"/>
        <w:rPr>
          <w:color w:val="1F497D" w:themeColor="text2"/>
        </w:rPr>
      </w:pPr>
      <w:r w:rsidRPr="00855BF2">
        <w:rPr>
          <w:color w:val="1F497D" w:themeColor="text2"/>
        </w:rPr>
        <w:t>Photo Submission Checklist</w:t>
      </w:r>
    </w:p>
    <w:p w14:paraId="7D5676C1" w14:textId="77777777" w:rsidR="00B24425" w:rsidRDefault="00B24425">
      <w:pPr>
        <w:pStyle w:val="ListBullet"/>
        <w:spacing w:after="80"/>
        <w:rPr>
          <w:lang w:val="nb-NO"/>
        </w:rPr>
        <w:sectPr w:rsidR="00B24425" w:rsidSect="00855BF2">
          <w:headerReference w:type="default" r:id="rId8"/>
          <w:footerReference w:type="default" r:id="rId9"/>
          <w:pgSz w:w="12240" w:h="15840"/>
          <w:pgMar w:top="936" w:right="1080" w:bottom="567" w:left="1080" w:header="284" w:footer="321" w:gutter="0"/>
          <w:cols w:space="720"/>
          <w:docGrid w:linePitch="360"/>
        </w:sectPr>
      </w:pPr>
    </w:p>
    <w:p w14:paraId="26B4A8FD" w14:textId="77777777" w:rsidR="00936F7D" w:rsidRPr="00855BF2" w:rsidRDefault="005C544A">
      <w:pPr>
        <w:pStyle w:val="ListBullet"/>
        <w:spacing w:after="80"/>
        <w:rPr>
          <w:lang w:val="nb-NO"/>
        </w:rPr>
      </w:pPr>
      <w:r w:rsidRPr="00855BF2">
        <w:rPr>
          <w:lang w:val="nb-NO"/>
        </w:rPr>
        <w:t>☐</w:t>
      </w:r>
      <w:r w:rsidRPr="00855BF2">
        <w:rPr>
          <w:lang w:val="nb-NO"/>
        </w:rPr>
        <w:t xml:space="preserve"> JPEG format (.jpg or .jpeg)</w:t>
      </w:r>
    </w:p>
    <w:p w14:paraId="7BC3C9CC" w14:textId="77777777" w:rsidR="00936F7D" w:rsidRDefault="005C544A">
      <w:pPr>
        <w:pStyle w:val="ListBullet"/>
        <w:spacing w:after="80"/>
      </w:pPr>
      <w:r>
        <w:t>☐</w:t>
      </w:r>
      <w:r>
        <w:t xml:space="preserve"> High-quality and clear</w:t>
      </w:r>
    </w:p>
    <w:p w14:paraId="212199C9" w14:textId="77777777" w:rsidR="00936F7D" w:rsidRDefault="005C544A">
      <w:pPr>
        <w:pStyle w:val="ListBullet"/>
        <w:spacing w:after="80"/>
      </w:pPr>
      <w:r>
        <w:t>☐</w:t>
      </w:r>
      <w:r>
        <w:t xml:space="preserve"> Consent confirmed for every identifiable person</w:t>
      </w:r>
    </w:p>
    <w:p w14:paraId="21158578" w14:textId="77777777" w:rsidR="00936F7D" w:rsidRDefault="005C544A">
      <w:pPr>
        <w:pStyle w:val="ListBullet"/>
        <w:spacing w:after="80"/>
      </w:pPr>
      <w:r>
        <w:t>☐</w:t>
      </w:r>
      <w:r>
        <w:t xml:space="preserve"> No athlete privacy or confidentiality concerns</w:t>
      </w:r>
    </w:p>
    <w:p w14:paraId="51AE1114" w14:textId="77777777" w:rsidR="00936F7D" w:rsidRDefault="005C544A">
      <w:pPr>
        <w:pStyle w:val="ListBullet"/>
        <w:spacing w:after="80"/>
      </w:pPr>
      <w:r>
        <w:t>☐</w:t>
      </w:r>
      <w:r>
        <w:t xml:space="preserve"> File names are clear and easy to identify</w:t>
      </w:r>
    </w:p>
    <w:p w14:paraId="1DD206DB" w14:textId="77777777" w:rsidR="00936F7D" w:rsidRDefault="005C544A">
      <w:pPr>
        <w:pStyle w:val="ListBullet"/>
        <w:spacing w:after="80"/>
      </w:pPr>
      <w:r>
        <w:t>☐</w:t>
      </w:r>
      <w:r>
        <w:t xml:space="preserve"> Captions or names supplied where helpful</w:t>
      </w:r>
    </w:p>
    <w:p w14:paraId="7916D4E1" w14:textId="77777777" w:rsidR="00B24425" w:rsidRDefault="00B24425">
      <w:pPr>
        <w:pStyle w:val="Heading1"/>
        <w:spacing w:before="200" w:after="100"/>
        <w:rPr>
          <w:color w:val="1F497D" w:themeColor="text2"/>
        </w:rPr>
        <w:sectPr w:rsidR="00B24425" w:rsidSect="00B24425">
          <w:type w:val="continuous"/>
          <w:pgSz w:w="12240" w:h="15840"/>
          <w:pgMar w:top="936" w:right="1080" w:bottom="567" w:left="1080" w:header="284" w:footer="321" w:gutter="0"/>
          <w:cols w:num="2" w:space="332"/>
          <w:docGrid w:linePitch="360"/>
        </w:sectPr>
      </w:pPr>
    </w:p>
    <w:p w14:paraId="1D5DCA31" w14:textId="77777777" w:rsidR="00936F7D" w:rsidRPr="00855BF2" w:rsidRDefault="005C544A">
      <w:pPr>
        <w:pStyle w:val="Heading1"/>
        <w:spacing w:before="200" w:after="100"/>
        <w:rPr>
          <w:color w:val="1F497D" w:themeColor="text2"/>
        </w:rPr>
      </w:pPr>
      <w:r w:rsidRPr="00855BF2">
        <w:rPr>
          <w:color w:val="1F497D" w:themeColor="text2"/>
        </w:rPr>
        <w:t>Your Blog</w:t>
      </w:r>
    </w:p>
    <w:p w14:paraId="322269FB" w14:textId="77777777" w:rsidR="00936F7D" w:rsidRDefault="005C544A">
      <w:pPr>
        <w:spacing w:after="80"/>
      </w:pPr>
      <w:r>
        <w:t>Write your story below. Aim for 300 to 600 words.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060"/>
      </w:tblGrid>
      <w:tr w:rsidR="00936F7D" w14:paraId="44C3002F" w14:textId="77777777">
        <w:tc>
          <w:tcPr>
            <w:tcW w:w="10080" w:type="dxa"/>
            <w:tcBorders>
              <w:top w:val="single" w:sz="8" w:space="0" w:color="D6B656"/>
              <w:left w:val="single" w:sz="8" w:space="0" w:color="D6B656"/>
              <w:bottom w:val="single" w:sz="8" w:space="0" w:color="D6B656"/>
              <w:right w:val="single" w:sz="8" w:space="0" w:color="D6B656"/>
            </w:tcBorders>
            <w:shd w:val="clear" w:color="auto" w:fill="FFF2CC"/>
          </w:tcPr>
          <w:p w14:paraId="31CA9BAD" w14:textId="77777777" w:rsidR="00936F7D" w:rsidRDefault="005C544A">
            <w:r>
              <w:rPr>
                <w:b/>
              </w:rPr>
              <w:t xml:space="preserve">Before submitting: </w:t>
            </w:r>
            <w:r>
              <w:t>Please check all names, dates, event details, image consent and JPEG photo quality. Send the final blog and images to games@fics.sport within 30 days of the event ending.</w:t>
            </w:r>
          </w:p>
        </w:tc>
      </w:tr>
    </w:tbl>
    <w:p w14:paraId="07EAD7BB" w14:textId="77777777" w:rsidR="005C544A" w:rsidRDefault="005C544A"/>
    <w:sectPr w:rsidR="005C544A" w:rsidSect="00B24425">
      <w:type w:val="continuous"/>
      <w:pgSz w:w="12240" w:h="15840"/>
      <w:pgMar w:top="936" w:right="1080" w:bottom="567" w:left="1080" w:header="284" w:footer="32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7DEBD8" w14:textId="77777777" w:rsidR="005C544A" w:rsidRDefault="005C544A">
      <w:pPr>
        <w:spacing w:after="0" w:line="240" w:lineRule="auto"/>
      </w:pPr>
      <w:r>
        <w:separator/>
      </w:r>
    </w:p>
  </w:endnote>
  <w:endnote w:type="continuationSeparator" w:id="0">
    <w:p w14:paraId="0BE12D72" w14:textId="77777777" w:rsidR="005C544A" w:rsidRDefault="005C54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B39ED" w14:textId="77777777" w:rsidR="00936F7D" w:rsidRPr="00855BF2" w:rsidRDefault="005C544A">
    <w:pPr>
      <w:pStyle w:val="Footer"/>
      <w:jc w:val="center"/>
      <w:rPr>
        <w:sz w:val="24"/>
        <w:szCs w:val="24"/>
      </w:rPr>
    </w:pPr>
    <w:r w:rsidRPr="00855BF2">
      <w:rPr>
        <w:color w:val="646464"/>
        <w:sz w:val="24"/>
        <w:szCs w:val="24"/>
      </w:rPr>
      <w:t>Submit completed blogs and photos to games@fics.sport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FE083C" w14:textId="77777777" w:rsidR="005C544A" w:rsidRDefault="005C544A">
      <w:pPr>
        <w:spacing w:after="0" w:line="240" w:lineRule="auto"/>
      </w:pPr>
      <w:r>
        <w:separator/>
      </w:r>
    </w:p>
  </w:footnote>
  <w:footnote w:type="continuationSeparator" w:id="0">
    <w:p w14:paraId="5D299893" w14:textId="77777777" w:rsidR="005C544A" w:rsidRDefault="005C54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46BEF" w14:textId="77777777" w:rsidR="00936F7D" w:rsidRPr="00855BF2" w:rsidRDefault="005C544A">
    <w:pPr>
      <w:pStyle w:val="Header"/>
      <w:jc w:val="right"/>
      <w:rPr>
        <w:sz w:val="24"/>
        <w:szCs w:val="24"/>
      </w:rPr>
    </w:pPr>
    <w:r w:rsidRPr="00855BF2">
      <w:rPr>
        <w:color w:val="646464"/>
        <w:sz w:val="24"/>
        <w:szCs w:val="24"/>
      </w:rPr>
      <w:t>FICS Games Blog Template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544E7F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6D5605F"/>
    <w:multiLevelType w:val="hybridMultilevel"/>
    <w:tmpl w:val="DBCA90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FD4528"/>
    <w:multiLevelType w:val="hybridMultilevel"/>
    <w:tmpl w:val="BC1049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7144107">
    <w:abstractNumId w:val="8"/>
  </w:num>
  <w:num w:numId="2" w16cid:durableId="650476591">
    <w:abstractNumId w:val="6"/>
  </w:num>
  <w:num w:numId="3" w16cid:durableId="1807620157">
    <w:abstractNumId w:val="5"/>
  </w:num>
  <w:num w:numId="4" w16cid:durableId="1806582738">
    <w:abstractNumId w:val="4"/>
  </w:num>
  <w:num w:numId="5" w16cid:durableId="1193492628">
    <w:abstractNumId w:val="7"/>
  </w:num>
  <w:num w:numId="6" w16cid:durableId="973483422">
    <w:abstractNumId w:val="3"/>
  </w:num>
  <w:num w:numId="7" w16cid:durableId="1087262497">
    <w:abstractNumId w:val="2"/>
  </w:num>
  <w:num w:numId="8" w16cid:durableId="14818937">
    <w:abstractNumId w:val="1"/>
  </w:num>
  <w:num w:numId="9" w16cid:durableId="1724674719">
    <w:abstractNumId w:val="0"/>
  </w:num>
  <w:num w:numId="10" w16cid:durableId="644700728">
    <w:abstractNumId w:val="9"/>
  </w:num>
  <w:num w:numId="11" w16cid:durableId="8207374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B55FE"/>
    <w:rsid w:val="005C544A"/>
    <w:rsid w:val="00602573"/>
    <w:rsid w:val="00855BF2"/>
    <w:rsid w:val="00936F7D"/>
    <w:rsid w:val="00AA1D8D"/>
    <w:rsid w:val="00B24425"/>
    <w:rsid w:val="00B47730"/>
    <w:rsid w:val="00CB0664"/>
    <w:rsid w:val="00D1270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CDAC4BA"/>
  <w14:defaultImageDpi w14:val="300"/>
  <w15:docId w15:val="{15E0BC20-5F62-4EEC-8BFF-0C7ADEFDF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eastAsia="Calibri" w:hAnsi="Calibri"/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1E5046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E5046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64646"/>
      <w:sz w:val="23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6ED00B071A5694ABD36FCF13BB8B64A" ma:contentTypeVersion="13" ma:contentTypeDescription="Create a new document." ma:contentTypeScope="" ma:versionID="de73e6f6d71114f601db95569b7d7bd9">
  <xsd:schema xmlns:xsd="http://www.w3.org/2001/XMLSchema" xmlns:xs="http://www.w3.org/2001/XMLSchema" xmlns:p="http://schemas.microsoft.com/office/2006/metadata/properties" xmlns:ns2="a78fdf7e-e3af-4aa8-a7f3-6b498472a3ee" xmlns:ns3="fd98643e-1200-46c2-b431-4de5f35bb501" targetNamespace="http://schemas.microsoft.com/office/2006/metadata/properties" ma:root="true" ma:fieldsID="f753f7ac9cf2ca4d3aa197c33319b013" ns2:_="" ns3:_="">
    <xsd:import namespace="a78fdf7e-e3af-4aa8-a7f3-6b498472a3ee"/>
    <xsd:import namespace="fd98643e-1200-46c2-b431-4de5f35bb5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8fdf7e-e3af-4aa8-a7f3-6b498472a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d4a253fa-9d76-4254-b592-d1b9fe305f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98643e-1200-46c2-b431-4de5f35bb501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0199690e-7a67-40b8-b9a7-25f532a0c6a7}" ma:internalName="TaxCatchAll" ma:showField="CatchAllData" ma:web="fd98643e-1200-46c2-b431-4de5f35bb50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8fdf7e-e3af-4aa8-a7f3-6b498472a3ee">
      <Terms xmlns="http://schemas.microsoft.com/office/infopath/2007/PartnerControls"/>
    </lcf76f155ced4ddcb4097134ff3c332f>
    <TaxCatchAll xmlns="fd98643e-1200-46c2-b431-4de5f35bb501" xsi:nil="true"/>
  </documentManagement>
</p:properties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CEC7DEE-8A99-4C7C-87CE-CC546BEA85C1}"/>
</file>

<file path=customXml/itemProps3.xml><?xml version="1.0" encoding="utf-8"?>
<ds:datastoreItem xmlns:ds="http://schemas.openxmlformats.org/officeDocument/2006/customXml" ds:itemID="{52FA3874-E121-4C44-BBC2-D5C1E113F085}"/>
</file>

<file path=customXml/itemProps4.xml><?xml version="1.0" encoding="utf-8"?>
<ds:datastoreItem xmlns:ds="http://schemas.openxmlformats.org/officeDocument/2006/customXml" ds:itemID="{5C3291F8-6A0A-469E-B5EC-B02081702AB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706</Words>
  <Characters>3802</Characters>
  <Application>Microsoft Office Word</Application>
  <DocSecurity>0</DocSecurity>
  <Lines>126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4413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FICS Games Blog Template</dc:title>
  <dc:subject>Template for FICS event blogs</dc:subject>
  <dc:creator>FICS</dc:creator>
  <cp:keywords/>
  <dc:description>Created for FICS Games event blog submissions.</dc:description>
  <cp:lastModifiedBy>Corranga Pty Ltd</cp:lastModifiedBy>
  <cp:revision>5</cp:revision>
  <dcterms:created xsi:type="dcterms:W3CDTF">2026-07-09T04:10:00Z</dcterms:created>
  <dcterms:modified xsi:type="dcterms:W3CDTF">2026-07-09T04:14:00Z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e68d554d-4332-4af1-af1c-8a8e28b9aa73</vt:lpwstr>
  </property>
  <property fmtid="{D5CDD505-2E9C-101B-9397-08002B2CF9AE}" pid="3" name="ContentTypeId">
    <vt:lpwstr>0x01010086ED00B071A5694ABD36FCF13BB8B64A</vt:lpwstr>
  </property>
</Properties>
</file>